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B014B" w14:textId="77777777" w:rsidR="00845A56" w:rsidRPr="00DA6918" w:rsidRDefault="00845A56">
      <w:pPr>
        <w:rPr>
          <w:lang w:val="cs-CZ"/>
        </w:rPr>
      </w:pPr>
    </w:p>
    <w:p w14:paraId="5BBD87F1" w14:textId="77777777" w:rsidR="00845A56" w:rsidRPr="00DA6918" w:rsidRDefault="00845A56">
      <w:pPr>
        <w:rPr>
          <w:lang w:val="cs-CZ"/>
        </w:rPr>
      </w:pPr>
    </w:p>
    <w:p w14:paraId="1114FF65" w14:textId="77777777" w:rsidR="00845A56" w:rsidRPr="00DA6918" w:rsidRDefault="00DA6918">
      <w:pPr>
        <w:jc w:val="center"/>
        <w:rPr>
          <w:lang w:val="cs-CZ"/>
        </w:rPr>
      </w:pPr>
      <w:r w:rsidRPr="00DA6918">
        <w:rPr>
          <w:b/>
          <w:sz w:val="44"/>
          <w:lang w:val="cs-CZ"/>
        </w:rPr>
        <w:t>ŠKOLNÍ PROGRAM</w:t>
      </w:r>
    </w:p>
    <w:p w14:paraId="6D968D2C" w14:textId="77777777" w:rsidR="00845A56" w:rsidRPr="00DA6918" w:rsidRDefault="00DA6918">
      <w:pPr>
        <w:jc w:val="center"/>
        <w:rPr>
          <w:lang w:val="cs-CZ"/>
        </w:rPr>
      </w:pPr>
      <w:r w:rsidRPr="00DA6918">
        <w:rPr>
          <w:b/>
          <w:sz w:val="44"/>
          <w:lang w:val="cs-CZ"/>
        </w:rPr>
        <w:t>ENVIRONMENTÁLNÍHO VZDĚLÁVÁNÍ,</w:t>
      </w:r>
    </w:p>
    <w:p w14:paraId="43B2B5C3" w14:textId="77777777" w:rsidR="00845A56" w:rsidRPr="00DA6918" w:rsidRDefault="00DA6918">
      <w:pPr>
        <w:jc w:val="center"/>
        <w:rPr>
          <w:lang w:val="cs-CZ"/>
        </w:rPr>
      </w:pPr>
      <w:r w:rsidRPr="00DA6918">
        <w:rPr>
          <w:b/>
          <w:sz w:val="44"/>
          <w:lang w:val="cs-CZ"/>
        </w:rPr>
        <w:t>VÝCHOVY A OSVĚTY (EVVO)</w:t>
      </w:r>
    </w:p>
    <w:p w14:paraId="39F3DF85" w14:textId="77777777" w:rsidR="00845A56" w:rsidRPr="00DA6918" w:rsidRDefault="00845A56">
      <w:pPr>
        <w:rPr>
          <w:lang w:val="cs-CZ"/>
        </w:rPr>
      </w:pPr>
    </w:p>
    <w:p w14:paraId="5BD2B773" w14:textId="77777777" w:rsidR="00845A56" w:rsidRPr="00DA6918" w:rsidRDefault="00DA6918">
      <w:pPr>
        <w:jc w:val="center"/>
        <w:rPr>
          <w:lang w:val="cs-CZ"/>
        </w:rPr>
      </w:pPr>
      <w:r w:rsidRPr="00DA6918">
        <w:rPr>
          <w:b/>
          <w:sz w:val="32"/>
          <w:lang w:val="cs-CZ"/>
        </w:rPr>
        <w:t>Základní škola a mateřská škola Lučina</w:t>
      </w:r>
    </w:p>
    <w:p w14:paraId="3DD49137" w14:textId="77777777" w:rsidR="00845A56" w:rsidRPr="00DA6918" w:rsidRDefault="00845A56">
      <w:pPr>
        <w:rPr>
          <w:lang w:val="cs-CZ"/>
        </w:rPr>
      </w:pPr>
    </w:p>
    <w:p w14:paraId="1ED3CE0A" w14:textId="27F185E4" w:rsidR="00845A56" w:rsidRPr="00DA6918" w:rsidRDefault="00DA6918">
      <w:pPr>
        <w:rPr>
          <w:lang w:val="cs-CZ"/>
        </w:rPr>
      </w:pPr>
      <w:r w:rsidRPr="00DA6918">
        <w:rPr>
          <w:noProof/>
          <w:lang w:val="cs-CZ"/>
        </w:rPr>
        <w:drawing>
          <wp:anchor distT="0" distB="0" distL="114935" distR="114935" simplePos="0" relativeHeight="251659264" behindDoc="0" locked="0" layoutInCell="1" allowOverlap="1" wp14:anchorId="77AA5597" wp14:editId="5899581D">
            <wp:simplePos x="0" y="0"/>
            <wp:positionH relativeFrom="margin">
              <wp:posOffset>1524000</wp:posOffset>
            </wp:positionH>
            <wp:positionV relativeFrom="paragraph">
              <wp:posOffset>68580</wp:posOffset>
            </wp:positionV>
            <wp:extent cx="3129915" cy="3076575"/>
            <wp:effectExtent l="0" t="0" r="0" b="952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9915" cy="30765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E940E0E" w14:textId="77777777" w:rsidR="00845A56" w:rsidRPr="00DA6918" w:rsidRDefault="00845A56">
      <w:pPr>
        <w:rPr>
          <w:lang w:val="cs-CZ"/>
        </w:rPr>
      </w:pPr>
    </w:p>
    <w:p w14:paraId="50EC004F" w14:textId="77777777" w:rsidR="00845A56" w:rsidRPr="00DA6918" w:rsidRDefault="00845A56">
      <w:pPr>
        <w:rPr>
          <w:lang w:val="cs-CZ"/>
        </w:rPr>
      </w:pPr>
    </w:p>
    <w:p w14:paraId="08D4ACA5" w14:textId="77777777" w:rsidR="00845A56" w:rsidRPr="00DA6918" w:rsidRDefault="00845A56">
      <w:pPr>
        <w:rPr>
          <w:lang w:val="cs-CZ"/>
        </w:rPr>
      </w:pPr>
    </w:p>
    <w:p w14:paraId="61EFF687" w14:textId="77777777" w:rsidR="00845A56" w:rsidRPr="00DA6918" w:rsidRDefault="00845A56">
      <w:pPr>
        <w:rPr>
          <w:lang w:val="cs-CZ"/>
        </w:rPr>
      </w:pPr>
    </w:p>
    <w:p w14:paraId="4DD188E9" w14:textId="77777777" w:rsidR="00845A56" w:rsidRPr="00DA6918" w:rsidRDefault="00845A56">
      <w:pPr>
        <w:rPr>
          <w:lang w:val="cs-CZ"/>
        </w:rPr>
      </w:pPr>
    </w:p>
    <w:p w14:paraId="7A7E33C0" w14:textId="77777777" w:rsidR="00845A56" w:rsidRPr="00DA6918" w:rsidRDefault="00845A56">
      <w:pPr>
        <w:rPr>
          <w:lang w:val="cs-CZ"/>
        </w:rPr>
      </w:pPr>
    </w:p>
    <w:p w14:paraId="31895829" w14:textId="77777777" w:rsidR="00DA6918" w:rsidRPr="00DA6918" w:rsidRDefault="00DA6918">
      <w:pPr>
        <w:rPr>
          <w:lang w:val="cs-CZ"/>
        </w:rPr>
      </w:pPr>
    </w:p>
    <w:p w14:paraId="36353499" w14:textId="77777777" w:rsidR="00DA6918" w:rsidRPr="00DA6918" w:rsidRDefault="00DA6918">
      <w:pPr>
        <w:rPr>
          <w:lang w:val="cs-CZ"/>
        </w:rPr>
      </w:pPr>
    </w:p>
    <w:p w14:paraId="690CA8B3" w14:textId="77777777" w:rsidR="00DA6918" w:rsidRPr="00DA6918" w:rsidRDefault="00DA6918">
      <w:pPr>
        <w:rPr>
          <w:lang w:val="cs-CZ"/>
        </w:rPr>
      </w:pPr>
    </w:p>
    <w:p w14:paraId="5694362C" w14:textId="77777777" w:rsidR="00845A56" w:rsidRPr="00DA6918" w:rsidRDefault="00845A56">
      <w:pPr>
        <w:rPr>
          <w:lang w:val="cs-CZ"/>
        </w:rPr>
      </w:pPr>
    </w:p>
    <w:p w14:paraId="0EEF25B5" w14:textId="77777777" w:rsidR="00845A56" w:rsidRPr="00DA6918" w:rsidRDefault="00845A56">
      <w:pPr>
        <w:rPr>
          <w:lang w:val="cs-CZ"/>
        </w:rPr>
      </w:pPr>
    </w:p>
    <w:p w14:paraId="6C77D2CB" w14:textId="77777777" w:rsidR="00DA6918" w:rsidRPr="00DA6918" w:rsidRDefault="00DA6918">
      <w:pPr>
        <w:rPr>
          <w:lang w:val="cs-CZ"/>
        </w:rPr>
      </w:pPr>
    </w:p>
    <w:p w14:paraId="07863D91" w14:textId="77777777" w:rsidR="00845A56" w:rsidRPr="00DA6918" w:rsidRDefault="00DA6918">
      <w:pPr>
        <w:jc w:val="center"/>
        <w:rPr>
          <w:lang w:val="cs-CZ"/>
        </w:rPr>
      </w:pPr>
      <w:r w:rsidRPr="00DA6918">
        <w:rPr>
          <w:b/>
          <w:sz w:val="36"/>
          <w:lang w:val="cs-CZ"/>
        </w:rPr>
        <w:t>ŠKOLNÍ ROK 2026/2027</w:t>
      </w:r>
    </w:p>
    <w:p w14:paraId="43F4889E" w14:textId="77777777" w:rsidR="00845A56" w:rsidRPr="00DA6918" w:rsidRDefault="00DA6918">
      <w:pPr>
        <w:rPr>
          <w:lang w:val="cs-CZ"/>
        </w:rPr>
      </w:pPr>
      <w:r w:rsidRPr="00DA6918">
        <w:rPr>
          <w:lang w:val="cs-CZ"/>
        </w:rPr>
        <w:br w:type="page"/>
      </w:r>
    </w:p>
    <w:p w14:paraId="1729DDEF" w14:textId="77777777" w:rsidR="00845A56" w:rsidRPr="00DA6918" w:rsidRDefault="00DA6918">
      <w:pPr>
        <w:rPr>
          <w:lang w:val="cs-CZ"/>
        </w:rPr>
      </w:pPr>
      <w:r w:rsidRPr="00DA6918">
        <w:rPr>
          <w:b/>
          <w:sz w:val="30"/>
          <w:lang w:val="cs-CZ"/>
        </w:rPr>
        <w:lastRenderedPageBreak/>
        <w:t>Stálé cíle EVVO na naší škole:</w:t>
      </w:r>
    </w:p>
    <w:p w14:paraId="3C33C6B5" w14:textId="77777777" w:rsidR="00845A56" w:rsidRPr="00DA6918" w:rsidRDefault="00DA6918">
      <w:pPr>
        <w:pStyle w:val="Seznamsodrkami"/>
        <w:spacing w:after="40"/>
        <w:rPr>
          <w:lang w:val="cs-CZ"/>
        </w:rPr>
      </w:pPr>
      <w:r w:rsidRPr="00DA6918">
        <w:rPr>
          <w:lang w:val="cs-CZ"/>
        </w:rPr>
        <w:t>Utvářet pozitivní postoje k životnímu prostředí.</w:t>
      </w:r>
    </w:p>
    <w:p w14:paraId="295AE007" w14:textId="77777777" w:rsidR="00845A56" w:rsidRPr="00DA6918" w:rsidRDefault="00DA6918">
      <w:pPr>
        <w:pStyle w:val="Seznamsodrkami"/>
        <w:spacing w:after="40"/>
        <w:rPr>
          <w:lang w:val="cs-CZ"/>
        </w:rPr>
      </w:pPr>
      <w:r w:rsidRPr="00DA6918">
        <w:rPr>
          <w:lang w:val="cs-CZ"/>
        </w:rPr>
        <w:t xml:space="preserve">Vést k úctě k životu ve </w:t>
      </w:r>
      <w:r w:rsidRPr="00DA6918">
        <w:rPr>
          <w:lang w:val="cs-CZ"/>
        </w:rPr>
        <w:t>všech jeho formách.</w:t>
      </w:r>
    </w:p>
    <w:p w14:paraId="1E5130F4" w14:textId="77777777" w:rsidR="00845A56" w:rsidRPr="00DA6918" w:rsidRDefault="00DA6918">
      <w:pPr>
        <w:pStyle w:val="Seznamsodrkami"/>
        <w:spacing w:after="40"/>
        <w:rPr>
          <w:lang w:val="cs-CZ"/>
        </w:rPr>
      </w:pPr>
      <w:r w:rsidRPr="00DA6918">
        <w:rPr>
          <w:lang w:val="cs-CZ"/>
        </w:rPr>
        <w:t>Poznávat a chápat živou a neživou přírodu a vztahy mezi jednotlivými organismy.</w:t>
      </w:r>
    </w:p>
    <w:p w14:paraId="2BCFD443" w14:textId="77777777" w:rsidR="00845A56" w:rsidRPr="00DA6918" w:rsidRDefault="00DA6918">
      <w:pPr>
        <w:pStyle w:val="Seznamsodrkami"/>
        <w:spacing w:after="40"/>
        <w:rPr>
          <w:lang w:val="cs-CZ"/>
        </w:rPr>
      </w:pPr>
      <w:r w:rsidRPr="00DA6918">
        <w:rPr>
          <w:lang w:val="cs-CZ"/>
        </w:rPr>
        <w:t>Vnímat působení člověka na přírodu včetně poznávání důsledků lidských činností.</w:t>
      </w:r>
    </w:p>
    <w:p w14:paraId="5F0EDD17" w14:textId="77777777" w:rsidR="00845A56" w:rsidRPr="00DA6918" w:rsidRDefault="00DA6918">
      <w:pPr>
        <w:pStyle w:val="Seznamsodrkami"/>
        <w:spacing w:after="40"/>
        <w:rPr>
          <w:lang w:val="cs-CZ"/>
        </w:rPr>
      </w:pPr>
      <w:r w:rsidRPr="00DA6918">
        <w:rPr>
          <w:lang w:val="cs-CZ"/>
        </w:rPr>
        <w:t>Vést k cílenému šetření vodou a energiemi.</w:t>
      </w:r>
    </w:p>
    <w:p w14:paraId="58449186" w14:textId="77777777" w:rsidR="00845A56" w:rsidRPr="00DA6918" w:rsidRDefault="00DA6918">
      <w:pPr>
        <w:pStyle w:val="Seznamsodrkami"/>
        <w:spacing w:after="40"/>
        <w:rPr>
          <w:lang w:val="cs-CZ"/>
        </w:rPr>
      </w:pPr>
      <w:r w:rsidRPr="00DA6918">
        <w:rPr>
          <w:lang w:val="cs-CZ"/>
        </w:rPr>
        <w:t>Zvyšovat znalost a péči o prostředí kolem nás.</w:t>
      </w:r>
    </w:p>
    <w:p w14:paraId="598F972C" w14:textId="77777777" w:rsidR="00845A56" w:rsidRPr="00DA6918" w:rsidRDefault="00DA6918">
      <w:pPr>
        <w:pStyle w:val="Seznamsodrkami"/>
        <w:spacing w:after="40"/>
        <w:rPr>
          <w:lang w:val="cs-CZ"/>
        </w:rPr>
      </w:pPr>
      <w:r w:rsidRPr="00DA6918">
        <w:rPr>
          <w:lang w:val="cs-CZ"/>
        </w:rPr>
        <w:t>Zvyšovat spoluodpovědnost za současný i budoucí stav přírody a společnosti, regionu a místa, ve kterém žijeme.</w:t>
      </w:r>
    </w:p>
    <w:p w14:paraId="74A7567C" w14:textId="77777777" w:rsidR="00845A56" w:rsidRPr="00DA6918" w:rsidRDefault="00DA6918">
      <w:pPr>
        <w:pStyle w:val="Seznamsodrkami"/>
        <w:spacing w:after="40"/>
        <w:rPr>
          <w:lang w:val="cs-CZ"/>
        </w:rPr>
      </w:pPr>
      <w:r w:rsidRPr="00DA6918">
        <w:rPr>
          <w:lang w:val="cs-CZ"/>
        </w:rPr>
        <w:t>Rozvíjet citlivost, vstřícnost a tvořivost při řešení problémů péče o přírodu.</w:t>
      </w:r>
    </w:p>
    <w:p w14:paraId="52ADDBA4" w14:textId="77777777" w:rsidR="00845A56" w:rsidRPr="00DA6918" w:rsidRDefault="00DA6918">
      <w:pPr>
        <w:pStyle w:val="Seznamsodrkami"/>
        <w:spacing w:after="40"/>
        <w:rPr>
          <w:lang w:val="cs-CZ"/>
        </w:rPr>
      </w:pPr>
      <w:r w:rsidRPr="00DA6918">
        <w:rPr>
          <w:lang w:val="cs-CZ"/>
        </w:rPr>
        <w:t xml:space="preserve">Probouzet citový vztah k přírodě, k výkonům </w:t>
      </w:r>
      <w:r w:rsidRPr="00DA6918">
        <w:rPr>
          <w:lang w:val="cs-CZ"/>
        </w:rPr>
        <w:t>lidské práce i k lidem samotným.</w:t>
      </w:r>
    </w:p>
    <w:p w14:paraId="72D00182" w14:textId="77777777" w:rsidR="00845A56" w:rsidRPr="00DA6918" w:rsidRDefault="00DA6918">
      <w:pPr>
        <w:pStyle w:val="Seznamsodrkami"/>
        <w:spacing w:after="40"/>
        <w:rPr>
          <w:lang w:val="cs-CZ"/>
        </w:rPr>
      </w:pPr>
      <w:r w:rsidRPr="00DA6918">
        <w:rPr>
          <w:lang w:val="cs-CZ"/>
        </w:rPr>
        <w:t>Vést k estetickému vnímání přírody a prostředí kolem nás.</w:t>
      </w:r>
    </w:p>
    <w:p w14:paraId="30D6DDC0" w14:textId="77777777" w:rsidR="00845A56" w:rsidRPr="00DA6918" w:rsidRDefault="00DA6918">
      <w:pPr>
        <w:pStyle w:val="Seznamsodrkami"/>
        <w:spacing w:after="40"/>
        <w:rPr>
          <w:lang w:val="cs-CZ"/>
        </w:rPr>
      </w:pPr>
      <w:r w:rsidRPr="00DA6918">
        <w:rPr>
          <w:lang w:val="cs-CZ"/>
        </w:rPr>
        <w:t>Poskytnout základní poznatky o správném a nesprávném vztahu a chování člověka k životnímu prostředí.</w:t>
      </w:r>
    </w:p>
    <w:p w14:paraId="3E05DC9A" w14:textId="77777777" w:rsidR="00845A56" w:rsidRPr="00DA6918" w:rsidRDefault="00DA6918">
      <w:pPr>
        <w:pStyle w:val="Seznamsodrkami"/>
        <w:spacing w:after="40"/>
        <w:rPr>
          <w:lang w:val="cs-CZ"/>
        </w:rPr>
      </w:pPr>
      <w:r w:rsidRPr="00DA6918">
        <w:rPr>
          <w:lang w:val="cs-CZ"/>
        </w:rPr>
        <w:t>Poukazovat na vandalství v přírodě a vést k aktivní ochraně přírody.</w:t>
      </w:r>
    </w:p>
    <w:p w14:paraId="01ECCF39" w14:textId="77777777" w:rsidR="00845A56" w:rsidRPr="00DA6918" w:rsidRDefault="00DA6918">
      <w:pPr>
        <w:pStyle w:val="Seznamsodrkami"/>
        <w:spacing w:after="40"/>
        <w:rPr>
          <w:lang w:val="cs-CZ"/>
        </w:rPr>
      </w:pPr>
      <w:r w:rsidRPr="00DA6918">
        <w:rPr>
          <w:lang w:val="cs-CZ"/>
        </w:rPr>
        <w:t>Vést k pochopení vzájemné provázanosti oblastí sociální, ekonomické a kulturní.</w:t>
      </w:r>
    </w:p>
    <w:p w14:paraId="74D677EC" w14:textId="77777777" w:rsidR="00845A56" w:rsidRPr="00DA6918" w:rsidRDefault="00DA6918">
      <w:pPr>
        <w:pStyle w:val="Seznamsodrkami"/>
        <w:spacing w:after="40"/>
        <w:rPr>
          <w:lang w:val="cs-CZ"/>
        </w:rPr>
      </w:pPr>
      <w:r w:rsidRPr="00DA6918">
        <w:rPr>
          <w:lang w:val="cs-CZ"/>
        </w:rPr>
        <w:t>Zajišťovat ekologický provoz školy.</w:t>
      </w:r>
    </w:p>
    <w:p w14:paraId="62C39E1B" w14:textId="77777777" w:rsidR="00845A56" w:rsidRPr="00DA6918" w:rsidRDefault="00DA6918">
      <w:pPr>
        <w:pStyle w:val="Seznamsodrkami"/>
        <w:spacing w:after="40"/>
        <w:rPr>
          <w:lang w:val="cs-CZ"/>
        </w:rPr>
      </w:pPr>
      <w:r w:rsidRPr="00DA6918">
        <w:rPr>
          <w:lang w:val="cs-CZ"/>
        </w:rPr>
        <w:t>Snižovat množství odpadu a podporovat jeho správné třídění.</w:t>
      </w:r>
    </w:p>
    <w:p w14:paraId="05956F05" w14:textId="77777777" w:rsidR="00845A56" w:rsidRPr="00DA6918" w:rsidRDefault="00DA6918">
      <w:pPr>
        <w:pStyle w:val="Seznamsodrkami"/>
        <w:spacing w:after="40"/>
        <w:rPr>
          <w:lang w:val="cs-CZ"/>
        </w:rPr>
      </w:pPr>
      <w:r w:rsidRPr="00DA6918">
        <w:rPr>
          <w:lang w:val="cs-CZ"/>
        </w:rPr>
        <w:t>Využívat školní pozemek a okolní prostředí k výuce a poznávání.</w:t>
      </w:r>
    </w:p>
    <w:p w14:paraId="50D0B3EF" w14:textId="77777777" w:rsidR="00845A56" w:rsidRPr="00DA6918" w:rsidRDefault="00DA6918">
      <w:pPr>
        <w:pStyle w:val="Seznamsodrkami"/>
        <w:spacing w:after="40"/>
        <w:rPr>
          <w:lang w:val="cs-CZ"/>
        </w:rPr>
      </w:pPr>
      <w:r w:rsidRPr="00DA6918">
        <w:rPr>
          <w:lang w:val="cs-CZ"/>
        </w:rPr>
        <w:t>Používat ekologicky šetrné výrobky v oblasti úklidu a provozu.</w:t>
      </w:r>
    </w:p>
    <w:p w14:paraId="7193BC9A" w14:textId="77777777" w:rsidR="00845A56" w:rsidRPr="00DA6918" w:rsidRDefault="00DA6918">
      <w:pPr>
        <w:pStyle w:val="Seznamsodrkami"/>
        <w:spacing w:after="40"/>
        <w:rPr>
          <w:lang w:val="cs-CZ"/>
        </w:rPr>
      </w:pPr>
      <w:r w:rsidRPr="00DA6918">
        <w:rPr>
          <w:lang w:val="cs-CZ"/>
        </w:rPr>
        <w:t>Vychovávat děti a žáky k ekologickému cítění a odpovědnému jednání.</w:t>
      </w:r>
    </w:p>
    <w:p w14:paraId="4BB7458C" w14:textId="77777777" w:rsidR="00845A56" w:rsidRPr="00DA6918" w:rsidRDefault="00DA6918">
      <w:pPr>
        <w:rPr>
          <w:lang w:val="cs-CZ"/>
        </w:rPr>
      </w:pPr>
      <w:r w:rsidRPr="00DA6918">
        <w:rPr>
          <w:b/>
          <w:sz w:val="30"/>
          <w:lang w:val="cs-CZ"/>
        </w:rPr>
        <w:t>Dlouhodobé výchovné a vzdělávací cíle žáků ZŠ a MŠ Lučina:</w:t>
      </w:r>
    </w:p>
    <w:p w14:paraId="50F3F163" w14:textId="77777777" w:rsidR="00845A56" w:rsidRPr="00DA6918" w:rsidRDefault="00DA6918">
      <w:pPr>
        <w:pStyle w:val="Seznamsodrkami"/>
        <w:spacing w:after="40"/>
        <w:rPr>
          <w:lang w:val="cs-CZ"/>
        </w:rPr>
      </w:pPr>
      <w:r w:rsidRPr="00DA6918">
        <w:rPr>
          <w:lang w:val="cs-CZ"/>
        </w:rPr>
        <w:t>Žák se orientuje v jednotlivých ekosystémech.</w:t>
      </w:r>
    </w:p>
    <w:p w14:paraId="39804186" w14:textId="77777777" w:rsidR="00845A56" w:rsidRPr="00DA6918" w:rsidRDefault="00DA6918">
      <w:pPr>
        <w:pStyle w:val="Seznamsodrkami"/>
        <w:spacing w:after="40"/>
        <w:rPr>
          <w:lang w:val="cs-CZ"/>
        </w:rPr>
      </w:pPr>
      <w:r w:rsidRPr="00DA6918">
        <w:rPr>
          <w:lang w:val="cs-CZ"/>
        </w:rPr>
        <w:t>Žák je ohleduplný k životnímu prostředí.</w:t>
      </w:r>
    </w:p>
    <w:p w14:paraId="085E945D" w14:textId="77777777" w:rsidR="00845A56" w:rsidRPr="00DA6918" w:rsidRDefault="00DA6918">
      <w:pPr>
        <w:pStyle w:val="Seznamsodrkami"/>
        <w:spacing w:after="40"/>
        <w:rPr>
          <w:lang w:val="cs-CZ"/>
        </w:rPr>
      </w:pPr>
      <w:r w:rsidRPr="00DA6918">
        <w:rPr>
          <w:lang w:val="cs-CZ"/>
        </w:rPr>
        <w:t>Žák chápe ovlivňování přírody člověkem a uvědomuje si možné následky.</w:t>
      </w:r>
    </w:p>
    <w:p w14:paraId="2F6E6FBB" w14:textId="77777777" w:rsidR="00845A56" w:rsidRPr="00DA6918" w:rsidRDefault="00DA6918">
      <w:pPr>
        <w:pStyle w:val="Seznamsodrkami"/>
        <w:spacing w:after="40"/>
        <w:rPr>
          <w:lang w:val="cs-CZ"/>
        </w:rPr>
      </w:pPr>
      <w:r w:rsidRPr="00DA6918">
        <w:rPr>
          <w:lang w:val="cs-CZ"/>
        </w:rPr>
        <w:t>Žák se seznamuje se základními podmínkami života a rozumí významu jejich ochrany.</w:t>
      </w:r>
    </w:p>
    <w:p w14:paraId="3AC11866" w14:textId="77777777" w:rsidR="00845A56" w:rsidRPr="00DA6918" w:rsidRDefault="00DA6918">
      <w:pPr>
        <w:pStyle w:val="Seznamsodrkami"/>
        <w:spacing w:after="40"/>
        <w:rPr>
          <w:lang w:val="cs-CZ"/>
        </w:rPr>
      </w:pPr>
      <w:r w:rsidRPr="00DA6918">
        <w:rPr>
          <w:lang w:val="cs-CZ"/>
        </w:rPr>
        <w:t>Žák si uvědomuje význam zdravého životního stylu.</w:t>
      </w:r>
    </w:p>
    <w:p w14:paraId="1CD1D520" w14:textId="77777777" w:rsidR="00845A56" w:rsidRPr="00DA6918" w:rsidRDefault="00DA6918">
      <w:pPr>
        <w:pStyle w:val="Seznamsodrkami"/>
        <w:spacing w:after="40"/>
        <w:rPr>
          <w:lang w:val="cs-CZ"/>
        </w:rPr>
      </w:pPr>
      <w:r w:rsidRPr="00DA6918">
        <w:rPr>
          <w:lang w:val="cs-CZ"/>
        </w:rPr>
        <w:t>Žák vnímá jedinečnost přírodních jevů, které nelze technikou nahradit.</w:t>
      </w:r>
    </w:p>
    <w:p w14:paraId="38E9FED2" w14:textId="77777777" w:rsidR="00845A56" w:rsidRPr="00DA6918" w:rsidRDefault="00DA6918">
      <w:pPr>
        <w:pStyle w:val="Seznamsodrkami"/>
        <w:spacing w:after="40"/>
        <w:rPr>
          <w:lang w:val="cs-CZ"/>
        </w:rPr>
      </w:pPr>
      <w:r w:rsidRPr="00DA6918">
        <w:rPr>
          <w:lang w:val="cs-CZ"/>
        </w:rPr>
        <w:t>Žák se zapojuje do ekologických aktivit.</w:t>
      </w:r>
    </w:p>
    <w:p w14:paraId="03E1A219" w14:textId="77777777" w:rsidR="00845A56" w:rsidRPr="00DA6918" w:rsidRDefault="00DA6918">
      <w:pPr>
        <w:pStyle w:val="Seznamsodrkami"/>
        <w:spacing w:after="40"/>
        <w:rPr>
          <w:lang w:val="cs-CZ"/>
        </w:rPr>
      </w:pPr>
      <w:r w:rsidRPr="00DA6918">
        <w:rPr>
          <w:lang w:val="cs-CZ"/>
        </w:rPr>
        <w:t>Žák provádí pozorování přírody a přírodních jevů a vyvozuje závěry.</w:t>
      </w:r>
    </w:p>
    <w:p w14:paraId="02144A77" w14:textId="77777777" w:rsidR="00845A56" w:rsidRPr="00DA6918" w:rsidRDefault="00DA6918">
      <w:pPr>
        <w:pStyle w:val="Seznamsodrkami"/>
        <w:spacing w:after="40"/>
        <w:rPr>
          <w:lang w:val="cs-CZ"/>
        </w:rPr>
      </w:pPr>
      <w:r w:rsidRPr="00DA6918">
        <w:rPr>
          <w:lang w:val="cs-CZ"/>
        </w:rPr>
        <w:t>Žák diskutuje nad problémy ochrany přírody.</w:t>
      </w:r>
    </w:p>
    <w:p w14:paraId="5F795F3E" w14:textId="77777777" w:rsidR="00845A56" w:rsidRPr="00DA6918" w:rsidRDefault="00DA6918">
      <w:pPr>
        <w:pStyle w:val="Seznamsodrkami"/>
        <w:spacing w:after="40"/>
        <w:rPr>
          <w:lang w:val="cs-CZ"/>
        </w:rPr>
      </w:pPr>
      <w:r w:rsidRPr="00DA6918">
        <w:rPr>
          <w:lang w:val="cs-CZ"/>
        </w:rPr>
        <w:t>Žák pracuje s přírodninami a vhodnými optickými přístroji.</w:t>
      </w:r>
    </w:p>
    <w:p w14:paraId="4E47A737" w14:textId="77777777" w:rsidR="00845A56" w:rsidRPr="00DA6918" w:rsidRDefault="00DA6918">
      <w:pPr>
        <w:pStyle w:val="Seznamsodrkami"/>
        <w:spacing w:after="40"/>
        <w:rPr>
          <w:lang w:val="cs-CZ"/>
        </w:rPr>
      </w:pPr>
      <w:r w:rsidRPr="00DA6918">
        <w:rPr>
          <w:lang w:val="cs-CZ"/>
        </w:rPr>
        <w:t>Žák využívá odbornou literaturu, časopisy a internet jako zdroj informací.</w:t>
      </w:r>
    </w:p>
    <w:p w14:paraId="2DE6C3B8" w14:textId="77777777" w:rsidR="00845A56" w:rsidRPr="00DA6918" w:rsidRDefault="00DA6918">
      <w:pPr>
        <w:rPr>
          <w:lang w:val="cs-CZ"/>
        </w:rPr>
      </w:pPr>
      <w:r w:rsidRPr="00DA6918">
        <w:rPr>
          <w:b/>
          <w:sz w:val="30"/>
          <w:lang w:val="cs-CZ"/>
        </w:rPr>
        <w:t>Konkrétní cíle v oblasti výchovně vzdělávací:</w:t>
      </w:r>
    </w:p>
    <w:p w14:paraId="08EF426A" w14:textId="77777777" w:rsidR="00845A56" w:rsidRPr="00DA6918" w:rsidRDefault="00DA6918">
      <w:pPr>
        <w:pStyle w:val="Seznamsodrkami"/>
        <w:spacing w:after="40"/>
        <w:rPr>
          <w:lang w:val="cs-CZ"/>
        </w:rPr>
      </w:pPr>
      <w:r w:rsidRPr="00DA6918">
        <w:rPr>
          <w:lang w:val="cs-CZ"/>
        </w:rPr>
        <w:t>Žák se seznamuje s ekosystémy v okolí školy – pole, louky, lesy, přehrada a rybníky.</w:t>
      </w:r>
    </w:p>
    <w:p w14:paraId="5DD38471" w14:textId="77777777" w:rsidR="00845A56" w:rsidRPr="00DA6918" w:rsidRDefault="00DA6918">
      <w:pPr>
        <w:pStyle w:val="Seznamsodrkami"/>
        <w:spacing w:after="40"/>
        <w:rPr>
          <w:lang w:val="cs-CZ"/>
        </w:rPr>
      </w:pPr>
      <w:r w:rsidRPr="00DA6918">
        <w:rPr>
          <w:lang w:val="cs-CZ"/>
        </w:rPr>
        <w:t>Žák pozoruje místní faunu a flóru.</w:t>
      </w:r>
    </w:p>
    <w:p w14:paraId="168CDC23" w14:textId="77777777" w:rsidR="00845A56" w:rsidRPr="00DA6918" w:rsidRDefault="00DA6918">
      <w:pPr>
        <w:pStyle w:val="Seznamsodrkami"/>
        <w:spacing w:after="40"/>
        <w:rPr>
          <w:lang w:val="cs-CZ"/>
        </w:rPr>
      </w:pPr>
      <w:r w:rsidRPr="00DA6918">
        <w:rPr>
          <w:lang w:val="cs-CZ"/>
        </w:rPr>
        <w:t>Žák se zajímá o životní prostředí obce Lučina.</w:t>
      </w:r>
    </w:p>
    <w:p w14:paraId="34E5F292" w14:textId="77777777" w:rsidR="00845A56" w:rsidRPr="00DA6918" w:rsidRDefault="00DA6918">
      <w:pPr>
        <w:pStyle w:val="Seznamsodrkami"/>
        <w:spacing w:after="40"/>
        <w:rPr>
          <w:lang w:val="cs-CZ"/>
        </w:rPr>
      </w:pPr>
      <w:r w:rsidRPr="00DA6918">
        <w:rPr>
          <w:lang w:val="cs-CZ"/>
        </w:rPr>
        <w:t>Žák přenáší svoji ekogramotnost do své rodiny – úspory energií, vody a třídění odpadů.</w:t>
      </w:r>
    </w:p>
    <w:p w14:paraId="7497AC4B" w14:textId="77777777" w:rsidR="00845A56" w:rsidRPr="00DA6918" w:rsidRDefault="00DA6918">
      <w:pPr>
        <w:pStyle w:val="Seznamsodrkami"/>
        <w:spacing w:after="40"/>
        <w:rPr>
          <w:lang w:val="cs-CZ"/>
        </w:rPr>
      </w:pPr>
      <w:r w:rsidRPr="00DA6918">
        <w:rPr>
          <w:lang w:val="cs-CZ"/>
        </w:rPr>
        <w:t>Žák praktikuje základní návyky ekologického chování v běžném životě.</w:t>
      </w:r>
    </w:p>
    <w:p w14:paraId="79B9B09B" w14:textId="77777777" w:rsidR="00845A56" w:rsidRPr="00DA6918" w:rsidRDefault="00DA6918">
      <w:pPr>
        <w:pStyle w:val="Seznamsodrkami"/>
        <w:spacing w:after="40"/>
        <w:rPr>
          <w:lang w:val="cs-CZ"/>
        </w:rPr>
      </w:pPr>
      <w:r w:rsidRPr="00DA6918">
        <w:rPr>
          <w:lang w:val="cs-CZ"/>
        </w:rPr>
        <w:t xml:space="preserve">Žák se chová zodpovědně k prostředí, přírodě, svému zdraví i zdraví svých </w:t>
      </w:r>
      <w:r w:rsidRPr="00DA6918">
        <w:rPr>
          <w:lang w:val="cs-CZ"/>
        </w:rPr>
        <w:t>bližních.</w:t>
      </w:r>
    </w:p>
    <w:p w14:paraId="63B911C8" w14:textId="77777777" w:rsidR="00845A56" w:rsidRPr="00DA6918" w:rsidRDefault="00DA6918">
      <w:pPr>
        <w:pStyle w:val="Seznamsodrkami"/>
        <w:spacing w:after="40"/>
        <w:rPr>
          <w:lang w:val="cs-CZ"/>
        </w:rPr>
      </w:pPr>
      <w:r w:rsidRPr="00DA6918">
        <w:rPr>
          <w:lang w:val="cs-CZ"/>
        </w:rPr>
        <w:t>Žák má pokoru a úctu k přírodě a vnímá její jedinečnost.</w:t>
      </w:r>
    </w:p>
    <w:p w14:paraId="4DEC2003" w14:textId="77777777" w:rsidR="00845A56" w:rsidRPr="00DA6918" w:rsidRDefault="00DA6918">
      <w:pPr>
        <w:pStyle w:val="Seznamsodrkami"/>
        <w:spacing w:after="40"/>
        <w:rPr>
          <w:lang w:val="cs-CZ"/>
        </w:rPr>
      </w:pPr>
      <w:r w:rsidRPr="00DA6918">
        <w:rPr>
          <w:lang w:val="cs-CZ"/>
        </w:rPr>
        <w:lastRenderedPageBreak/>
        <w:t>Žák chápe souvislosti mezi stavem přírody a lidskou společností.</w:t>
      </w:r>
    </w:p>
    <w:p w14:paraId="769504AE" w14:textId="77777777" w:rsidR="00845A56" w:rsidRPr="00DA6918" w:rsidRDefault="00DA6918">
      <w:pPr>
        <w:pStyle w:val="Seznamsodrkami"/>
        <w:spacing w:after="40"/>
        <w:rPr>
          <w:lang w:val="cs-CZ"/>
        </w:rPr>
      </w:pPr>
      <w:r w:rsidRPr="00DA6918">
        <w:rPr>
          <w:lang w:val="cs-CZ"/>
        </w:rPr>
        <w:t>Žák se aktivně zapojuje do projektů s environmentálním zaměřením.</w:t>
      </w:r>
    </w:p>
    <w:p w14:paraId="4DE16F23" w14:textId="77777777" w:rsidR="00845A56" w:rsidRPr="00DA6918" w:rsidRDefault="00DA6918">
      <w:pPr>
        <w:rPr>
          <w:lang w:val="cs-CZ"/>
        </w:rPr>
      </w:pPr>
      <w:r w:rsidRPr="00DA6918">
        <w:rPr>
          <w:lang w:val="cs-CZ"/>
        </w:rPr>
        <w:br w:type="page"/>
      </w:r>
    </w:p>
    <w:p w14:paraId="5C716928" w14:textId="77777777" w:rsidR="00845A56" w:rsidRPr="00DA6918" w:rsidRDefault="00DA6918">
      <w:pPr>
        <w:rPr>
          <w:lang w:val="cs-CZ"/>
        </w:rPr>
      </w:pPr>
      <w:r w:rsidRPr="00DA6918">
        <w:rPr>
          <w:b/>
          <w:sz w:val="30"/>
          <w:lang w:val="cs-CZ"/>
        </w:rPr>
        <w:t xml:space="preserve">Metody, nástroje a prostředky realizace na naší </w:t>
      </w:r>
      <w:r w:rsidRPr="00DA6918">
        <w:rPr>
          <w:b/>
          <w:sz w:val="30"/>
          <w:lang w:val="cs-CZ"/>
        </w:rPr>
        <w:t>škole:</w:t>
      </w:r>
    </w:p>
    <w:p w14:paraId="05DBFC66" w14:textId="77777777" w:rsidR="00845A56" w:rsidRPr="00DA6918" w:rsidRDefault="00DA6918">
      <w:pPr>
        <w:spacing w:after="80"/>
        <w:rPr>
          <w:lang w:val="cs-CZ"/>
        </w:rPr>
      </w:pPr>
      <w:r w:rsidRPr="00DA6918">
        <w:rPr>
          <w:lang w:val="cs-CZ"/>
        </w:rPr>
        <w:t>Pro děti a žáky budeme vytvářet dostatek podnětů ke hře, práci a učení vycházejícímu z přímého poznávání a hodnocení přírody. Budeme využívat zejména prožitkové, badatelské a projektové učení.</w:t>
      </w:r>
    </w:p>
    <w:p w14:paraId="636E98DD" w14:textId="77777777" w:rsidR="00845A56" w:rsidRPr="00DA6918" w:rsidRDefault="00DA6918">
      <w:pPr>
        <w:spacing w:after="80"/>
        <w:rPr>
          <w:lang w:val="cs-CZ"/>
        </w:rPr>
      </w:pPr>
      <w:r w:rsidRPr="00DA6918">
        <w:rPr>
          <w:lang w:val="cs-CZ"/>
        </w:rPr>
        <w:t>K nejcennějším metodám patří přímé pozorování rostlin a živočichů při vycházkách – ve školní zahradě, na louce, v lese, u přehrady či rybníku.</w:t>
      </w:r>
    </w:p>
    <w:p w14:paraId="24EB3EE3" w14:textId="77777777" w:rsidR="00845A56" w:rsidRPr="00DA6918" w:rsidRDefault="00DA6918">
      <w:pPr>
        <w:spacing w:after="80"/>
        <w:rPr>
          <w:lang w:val="cs-CZ"/>
        </w:rPr>
      </w:pPr>
      <w:r w:rsidRPr="00DA6918">
        <w:rPr>
          <w:lang w:val="cs-CZ"/>
        </w:rPr>
        <w:t>K rozšiřování poznatků budeme využívat příběhy, obrázky, filmy, digitální technologie, pracovní listy, modely, lupy, mikroskop, nářadí, přírodniny a další vhodné pomůcky.</w:t>
      </w:r>
    </w:p>
    <w:p w14:paraId="6FD853D1" w14:textId="77777777" w:rsidR="00845A56" w:rsidRPr="00DA6918" w:rsidRDefault="00DA6918">
      <w:pPr>
        <w:rPr>
          <w:lang w:val="cs-CZ"/>
        </w:rPr>
      </w:pPr>
      <w:r w:rsidRPr="00DA6918">
        <w:rPr>
          <w:b/>
          <w:sz w:val="30"/>
          <w:lang w:val="cs-CZ"/>
        </w:rPr>
        <w:t>K realizaci EVVO budeme využívat:</w:t>
      </w:r>
    </w:p>
    <w:p w14:paraId="59147275" w14:textId="77777777" w:rsidR="00845A56" w:rsidRPr="00DA6918" w:rsidRDefault="00DA6918">
      <w:pPr>
        <w:pStyle w:val="Seznamsodrkami"/>
        <w:spacing w:after="40"/>
        <w:rPr>
          <w:lang w:val="cs-CZ"/>
        </w:rPr>
      </w:pPr>
      <w:r w:rsidRPr="00DA6918">
        <w:rPr>
          <w:lang w:val="cs-CZ"/>
        </w:rPr>
        <w:t>Programy muzeí, ZOO, planetária, arboreta, knihoven a dalších vzdělávacích institucí.</w:t>
      </w:r>
    </w:p>
    <w:p w14:paraId="0077E453" w14:textId="77777777" w:rsidR="00845A56" w:rsidRPr="00DA6918" w:rsidRDefault="00DA6918">
      <w:pPr>
        <w:pStyle w:val="Seznamsodrkami"/>
        <w:spacing w:after="40"/>
        <w:rPr>
          <w:lang w:val="cs-CZ"/>
        </w:rPr>
      </w:pPr>
      <w:r w:rsidRPr="00DA6918">
        <w:rPr>
          <w:lang w:val="cs-CZ"/>
        </w:rPr>
        <w:t xml:space="preserve">Vzdělávací program </w:t>
      </w:r>
      <w:proofErr w:type="spellStart"/>
      <w:r w:rsidRPr="00DA6918">
        <w:rPr>
          <w:lang w:val="cs-CZ"/>
        </w:rPr>
        <w:t>Recyklohraní</w:t>
      </w:r>
      <w:proofErr w:type="spellEnd"/>
      <w:r w:rsidRPr="00DA6918">
        <w:rPr>
          <w:lang w:val="cs-CZ"/>
        </w:rPr>
        <w:t>.</w:t>
      </w:r>
    </w:p>
    <w:p w14:paraId="127EF442" w14:textId="77777777" w:rsidR="00845A56" w:rsidRPr="00DA6918" w:rsidRDefault="00DA6918">
      <w:pPr>
        <w:pStyle w:val="Seznamsodrkami"/>
        <w:spacing w:after="40"/>
        <w:rPr>
          <w:lang w:val="cs-CZ"/>
        </w:rPr>
      </w:pPr>
      <w:r w:rsidRPr="00DA6918">
        <w:rPr>
          <w:lang w:val="cs-CZ"/>
        </w:rPr>
        <w:t>Ekologické soutěže a projekty podle aktuální nabídky.</w:t>
      </w:r>
    </w:p>
    <w:p w14:paraId="2B6D52FC" w14:textId="77777777" w:rsidR="00845A56" w:rsidRPr="00DA6918" w:rsidRDefault="00DA6918">
      <w:pPr>
        <w:pStyle w:val="Seznamsodrkami"/>
        <w:spacing w:after="40"/>
        <w:rPr>
          <w:lang w:val="cs-CZ"/>
        </w:rPr>
      </w:pPr>
      <w:r w:rsidRPr="00DA6918">
        <w:rPr>
          <w:lang w:val="cs-CZ"/>
        </w:rPr>
        <w:t>Projektové a tematické dny školy.</w:t>
      </w:r>
    </w:p>
    <w:p w14:paraId="1C1545B5" w14:textId="77777777" w:rsidR="00845A56" w:rsidRPr="00DA6918" w:rsidRDefault="00DA6918">
      <w:pPr>
        <w:pStyle w:val="Seznamsodrkami"/>
        <w:spacing w:after="40"/>
        <w:rPr>
          <w:lang w:val="cs-CZ"/>
        </w:rPr>
      </w:pPr>
      <w:r w:rsidRPr="00DA6918">
        <w:rPr>
          <w:lang w:val="cs-CZ"/>
        </w:rPr>
        <w:t>Školní zahradu, hřiště a okolní přírodu.</w:t>
      </w:r>
    </w:p>
    <w:p w14:paraId="771FFCC4" w14:textId="77777777" w:rsidR="00845A56" w:rsidRPr="00DA6918" w:rsidRDefault="00DA6918">
      <w:pPr>
        <w:pStyle w:val="Seznamsodrkami"/>
        <w:spacing w:after="40"/>
        <w:rPr>
          <w:lang w:val="cs-CZ"/>
        </w:rPr>
      </w:pPr>
      <w:r w:rsidRPr="00DA6918">
        <w:rPr>
          <w:lang w:val="cs-CZ"/>
        </w:rPr>
        <w:t>Poznávání okolního prostředí – přehrady, rybníků, polí, luk a lesů.</w:t>
      </w:r>
    </w:p>
    <w:p w14:paraId="2130E2C1" w14:textId="77777777" w:rsidR="00845A56" w:rsidRPr="00DA6918" w:rsidRDefault="00DA6918">
      <w:pPr>
        <w:pStyle w:val="Seznamsodrkami"/>
        <w:spacing w:after="40"/>
        <w:rPr>
          <w:lang w:val="cs-CZ"/>
        </w:rPr>
      </w:pPr>
      <w:r w:rsidRPr="00DA6918">
        <w:rPr>
          <w:lang w:val="cs-CZ"/>
        </w:rPr>
        <w:t>Spolupráci s obcí, rodiči, hasiči, včelaři, myslivci, zahrádkáři, seniory a dalšími partnery.</w:t>
      </w:r>
    </w:p>
    <w:p w14:paraId="6B77C56D" w14:textId="77777777" w:rsidR="00845A56" w:rsidRPr="00DA6918" w:rsidRDefault="00DA6918">
      <w:pPr>
        <w:pStyle w:val="Seznamsodrkami"/>
        <w:spacing w:after="40"/>
        <w:rPr>
          <w:lang w:val="cs-CZ"/>
        </w:rPr>
      </w:pPr>
      <w:r w:rsidRPr="00DA6918">
        <w:rPr>
          <w:lang w:val="cs-CZ"/>
        </w:rPr>
        <w:t>Zájmové a mimoškolní aktivity školy.</w:t>
      </w:r>
    </w:p>
    <w:p w14:paraId="6CDDD317" w14:textId="77777777" w:rsidR="00845A56" w:rsidRPr="00DA6918" w:rsidRDefault="00DA6918">
      <w:pPr>
        <w:rPr>
          <w:lang w:val="cs-CZ"/>
        </w:rPr>
      </w:pPr>
      <w:r w:rsidRPr="00DA6918">
        <w:rPr>
          <w:b/>
          <w:sz w:val="30"/>
          <w:lang w:val="cs-CZ"/>
        </w:rPr>
        <w:t>Při plánování EVVO budeme:</w:t>
      </w:r>
    </w:p>
    <w:p w14:paraId="14F81A29" w14:textId="77777777" w:rsidR="00845A56" w:rsidRPr="00DA6918" w:rsidRDefault="00DA6918">
      <w:pPr>
        <w:pStyle w:val="Seznamsodrkami"/>
        <w:spacing w:after="40"/>
        <w:rPr>
          <w:lang w:val="cs-CZ"/>
        </w:rPr>
      </w:pPr>
      <w:r w:rsidRPr="00DA6918">
        <w:rPr>
          <w:lang w:val="cs-CZ"/>
        </w:rPr>
        <w:t>Vycházet z platných učebních dokumentů a specifických podmínek školy.</w:t>
      </w:r>
    </w:p>
    <w:p w14:paraId="0D1053AA" w14:textId="77777777" w:rsidR="00845A56" w:rsidRPr="00DA6918" w:rsidRDefault="00DA6918">
      <w:pPr>
        <w:pStyle w:val="Seznamsodrkami"/>
        <w:spacing w:after="40"/>
        <w:rPr>
          <w:lang w:val="cs-CZ"/>
        </w:rPr>
      </w:pPr>
      <w:r w:rsidRPr="00DA6918">
        <w:rPr>
          <w:lang w:val="cs-CZ"/>
        </w:rPr>
        <w:t>Usilovat o zapojení pedagogických i nepedagogických pracovníků, dětí, žáků, zákonných zástupců a dalších partnerů školy.</w:t>
      </w:r>
    </w:p>
    <w:p w14:paraId="46666026" w14:textId="77777777" w:rsidR="00845A56" w:rsidRPr="00DA6918" w:rsidRDefault="00DA6918">
      <w:pPr>
        <w:pStyle w:val="Seznamsodrkami"/>
        <w:spacing w:after="40"/>
        <w:rPr>
          <w:lang w:val="cs-CZ"/>
        </w:rPr>
      </w:pPr>
      <w:r w:rsidRPr="00DA6918">
        <w:rPr>
          <w:lang w:val="cs-CZ"/>
        </w:rPr>
        <w:t>Promítat výsledky plánování do dokumentů školy a do každodenního života školy.</w:t>
      </w:r>
    </w:p>
    <w:p w14:paraId="60835EE7" w14:textId="77777777" w:rsidR="00845A56" w:rsidRPr="00DA6918" w:rsidRDefault="00DA6918">
      <w:pPr>
        <w:pStyle w:val="Seznamsodrkami"/>
        <w:spacing w:after="40"/>
        <w:rPr>
          <w:lang w:val="cs-CZ"/>
        </w:rPr>
      </w:pPr>
      <w:r w:rsidRPr="00DA6918">
        <w:rPr>
          <w:lang w:val="cs-CZ"/>
        </w:rPr>
        <w:t>Průběžně vyhodnocovat uskutečněné aktivity a reagovat na aktuální možnosti a nabídky.</w:t>
      </w:r>
    </w:p>
    <w:p w14:paraId="2ADCC09A" w14:textId="77777777" w:rsidR="00845A56" w:rsidRPr="00DA6918" w:rsidRDefault="00DA6918">
      <w:pPr>
        <w:spacing w:after="80"/>
        <w:rPr>
          <w:lang w:val="cs-CZ"/>
        </w:rPr>
      </w:pPr>
      <w:r w:rsidRPr="00DA6918">
        <w:rPr>
          <w:lang w:val="cs-CZ"/>
        </w:rPr>
        <w:t>Prvky EVVO jsou zařazeny do výuky v různém rozsahu ve všech předmětech na I. stupni a problematika je zapracována v jednotlivých předmětech školního vzdělávacího programu.</w:t>
      </w:r>
    </w:p>
    <w:p w14:paraId="71D59102" w14:textId="77777777" w:rsidR="00845A56" w:rsidRPr="00DA6918" w:rsidRDefault="00DA6918">
      <w:pPr>
        <w:rPr>
          <w:lang w:val="cs-CZ"/>
        </w:rPr>
      </w:pPr>
      <w:r w:rsidRPr="00DA6918">
        <w:rPr>
          <w:lang w:val="cs-CZ"/>
        </w:rPr>
        <w:br w:type="page"/>
      </w:r>
    </w:p>
    <w:p w14:paraId="2928FB5B" w14:textId="77777777" w:rsidR="00845A56" w:rsidRPr="00DA6918" w:rsidRDefault="00DA6918">
      <w:pPr>
        <w:rPr>
          <w:lang w:val="cs-CZ"/>
        </w:rPr>
      </w:pPr>
      <w:r w:rsidRPr="00DA6918">
        <w:rPr>
          <w:b/>
          <w:sz w:val="30"/>
          <w:lang w:val="cs-CZ"/>
        </w:rPr>
        <w:t>PLÁN ENVIRONMENTÁLNÍ VÝCHOVY PRO MŠ A ZŠ LUČINA</w:t>
      </w:r>
    </w:p>
    <w:p w14:paraId="243F8ED4" w14:textId="77777777" w:rsidR="00845A56" w:rsidRPr="00DA6918" w:rsidRDefault="00DA6918">
      <w:pPr>
        <w:spacing w:after="80"/>
        <w:rPr>
          <w:lang w:val="cs-CZ"/>
        </w:rPr>
      </w:pPr>
      <w:r w:rsidRPr="00DA6918">
        <w:rPr>
          <w:lang w:val="cs-CZ"/>
        </w:rPr>
        <w:t>Hlavní myšlenka školního roku: „Poznáváme, chráníme a pečujeme o místo, kde žijeme.“</w:t>
      </w:r>
    </w:p>
    <w:p w14:paraId="35571A68" w14:textId="64697060" w:rsidR="00845A56" w:rsidRPr="00DA6918" w:rsidRDefault="00DA6918">
      <w:pPr>
        <w:rPr>
          <w:lang w:val="cs-CZ"/>
        </w:rPr>
      </w:pPr>
      <w:r w:rsidRPr="00DA6918">
        <w:rPr>
          <w:b/>
          <w:sz w:val="26"/>
          <w:lang w:val="cs-CZ"/>
        </w:rPr>
        <w:t xml:space="preserve">ZÁŘÍ </w:t>
      </w:r>
    </w:p>
    <w:p w14:paraId="699CD4E1" w14:textId="77777777" w:rsidR="00845A56" w:rsidRPr="00DA6918" w:rsidRDefault="00DA6918">
      <w:pPr>
        <w:pStyle w:val="Seznamsodrkami"/>
        <w:spacing w:after="40"/>
        <w:rPr>
          <w:lang w:val="cs-CZ"/>
        </w:rPr>
      </w:pPr>
      <w:r w:rsidRPr="00DA6918">
        <w:rPr>
          <w:lang w:val="cs-CZ"/>
        </w:rPr>
        <w:t>Získávání vztahu k přírodě a ekologického myšlení.</w:t>
      </w:r>
    </w:p>
    <w:p w14:paraId="409FB86B" w14:textId="77777777" w:rsidR="00845A56" w:rsidRPr="00DA6918" w:rsidRDefault="00DA6918">
      <w:pPr>
        <w:pStyle w:val="Seznamsodrkami"/>
        <w:spacing w:after="40"/>
        <w:rPr>
          <w:lang w:val="cs-CZ"/>
        </w:rPr>
      </w:pPr>
      <w:r w:rsidRPr="00DA6918">
        <w:rPr>
          <w:lang w:val="cs-CZ"/>
        </w:rPr>
        <w:t xml:space="preserve">Seznámení s přírodou v </w:t>
      </w:r>
      <w:r w:rsidRPr="00DA6918">
        <w:rPr>
          <w:lang w:val="cs-CZ"/>
        </w:rPr>
        <w:t>okolí školy.</w:t>
      </w:r>
    </w:p>
    <w:p w14:paraId="4A72C44D" w14:textId="77777777" w:rsidR="00845A56" w:rsidRPr="00DA6918" w:rsidRDefault="00DA6918">
      <w:pPr>
        <w:pStyle w:val="Seznamsodrkami"/>
        <w:spacing w:after="40"/>
        <w:rPr>
          <w:lang w:val="cs-CZ"/>
        </w:rPr>
      </w:pPr>
      <w:r w:rsidRPr="00DA6918">
        <w:rPr>
          <w:lang w:val="cs-CZ"/>
        </w:rPr>
        <w:t>Přírodovědná výprava – Co žije kolem nás?</w:t>
      </w:r>
    </w:p>
    <w:p w14:paraId="2FE1993D" w14:textId="77777777" w:rsidR="00845A56" w:rsidRPr="00DA6918" w:rsidRDefault="00DA6918">
      <w:pPr>
        <w:pStyle w:val="Seznamsodrkami"/>
        <w:spacing w:after="40"/>
        <w:rPr>
          <w:lang w:val="cs-CZ"/>
        </w:rPr>
      </w:pPr>
      <w:r w:rsidRPr="00DA6918">
        <w:rPr>
          <w:lang w:val="cs-CZ"/>
        </w:rPr>
        <w:t>Pozorování rostlin a živočichů v okolí školy.</w:t>
      </w:r>
    </w:p>
    <w:p w14:paraId="7CC075C6" w14:textId="77777777" w:rsidR="00845A56" w:rsidRPr="00DA6918" w:rsidRDefault="00DA6918">
      <w:pPr>
        <w:pStyle w:val="Seznamsodrkami"/>
        <w:spacing w:after="40"/>
        <w:rPr>
          <w:lang w:val="cs-CZ"/>
        </w:rPr>
      </w:pPr>
      <w:r w:rsidRPr="00DA6918">
        <w:rPr>
          <w:lang w:val="cs-CZ"/>
        </w:rPr>
        <w:t>Podzimní výzdoba školy z přírodních materiálů.</w:t>
      </w:r>
    </w:p>
    <w:p w14:paraId="7E732B1B" w14:textId="77777777" w:rsidR="00845A56" w:rsidRPr="00DA6918" w:rsidRDefault="00DA6918">
      <w:pPr>
        <w:pStyle w:val="Seznamsodrkami"/>
        <w:spacing w:after="40"/>
        <w:rPr>
          <w:lang w:val="cs-CZ"/>
        </w:rPr>
      </w:pPr>
      <w:r w:rsidRPr="00DA6918">
        <w:rPr>
          <w:lang w:val="cs-CZ"/>
        </w:rPr>
        <w:t>Poznávání stromů a jejich plodů.</w:t>
      </w:r>
    </w:p>
    <w:p w14:paraId="2349A684" w14:textId="77777777" w:rsidR="00845A56" w:rsidRPr="00DA6918" w:rsidRDefault="00DA6918">
      <w:pPr>
        <w:pStyle w:val="Seznamsodrkami"/>
        <w:spacing w:after="40"/>
        <w:rPr>
          <w:lang w:val="cs-CZ"/>
        </w:rPr>
      </w:pPr>
      <w:r w:rsidRPr="00DA6918">
        <w:rPr>
          <w:lang w:val="cs-CZ"/>
        </w:rPr>
        <w:t>Výstava zahrádkářů – výtvarné práce dětí a žáků.</w:t>
      </w:r>
    </w:p>
    <w:p w14:paraId="5B85EB98" w14:textId="77777777" w:rsidR="00845A56" w:rsidRPr="00DA6918" w:rsidRDefault="00DA6918">
      <w:pPr>
        <w:pStyle w:val="Seznamsodrkami"/>
        <w:spacing w:after="40"/>
        <w:rPr>
          <w:lang w:val="cs-CZ"/>
        </w:rPr>
      </w:pPr>
      <w:r w:rsidRPr="00DA6918">
        <w:rPr>
          <w:lang w:val="cs-CZ"/>
        </w:rPr>
        <w:t>Pochod nebo vycházka kolem Žermanické přehrady.</w:t>
      </w:r>
    </w:p>
    <w:p w14:paraId="3BAC17A9" w14:textId="398F3F2D" w:rsidR="00845A56" w:rsidRPr="00DA6918" w:rsidRDefault="00DA6918">
      <w:pPr>
        <w:pStyle w:val="Seznamsodrkami"/>
        <w:spacing w:after="40"/>
        <w:rPr>
          <w:lang w:val="cs-CZ"/>
        </w:rPr>
      </w:pPr>
      <w:r w:rsidRPr="00DA6918">
        <w:rPr>
          <w:lang w:val="cs-CZ"/>
        </w:rPr>
        <w:t xml:space="preserve">Přírodní deník ŠD </w:t>
      </w:r>
      <w:r w:rsidRPr="00DA6918">
        <w:rPr>
          <w:lang w:val="cs-CZ"/>
        </w:rPr>
        <w:t>– zahájení celoročního pozorování přírody; zaznamenáváme počasí, první změny v přírodě a zajímavosti v okolí školy.</w:t>
      </w:r>
    </w:p>
    <w:p w14:paraId="54148862" w14:textId="77777777" w:rsidR="00845A56" w:rsidRPr="00DA6918" w:rsidRDefault="00DA6918">
      <w:pPr>
        <w:pStyle w:val="Seznamsodrkami"/>
        <w:spacing w:after="40"/>
        <w:rPr>
          <w:lang w:val="cs-CZ"/>
        </w:rPr>
      </w:pPr>
      <w:r w:rsidRPr="00DA6918">
        <w:rPr>
          <w:lang w:val="cs-CZ"/>
        </w:rPr>
        <w:t>Zlatý kapřík – dle aktuální nabídky.</w:t>
      </w:r>
    </w:p>
    <w:p w14:paraId="393C2582" w14:textId="77777777" w:rsidR="00DA6918" w:rsidRPr="00DA6918" w:rsidRDefault="00DA6918">
      <w:pPr>
        <w:rPr>
          <w:b/>
          <w:sz w:val="26"/>
          <w:lang w:val="cs-CZ"/>
        </w:rPr>
      </w:pPr>
    </w:p>
    <w:p w14:paraId="32C0F736" w14:textId="654A09DE" w:rsidR="00845A56" w:rsidRPr="00DA6918" w:rsidRDefault="00DA6918">
      <w:pPr>
        <w:rPr>
          <w:lang w:val="cs-CZ"/>
        </w:rPr>
      </w:pPr>
      <w:r w:rsidRPr="00DA6918">
        <w:rPr>
          <w:b/>
          <w:sz w:val="26"/>
          <w:lang w:val="cs-CZ"/>
        </w:rPr>
        <w:t xml:space="preserve">ŘÍJEN </w:t>
      </w:r>
    </w:p>
    <w:p w14:paraId="2FD8A3C4" w14:textId="1D7827BE" w:rsidR="00845A56" w:rsidRPr="00DA6918" w:rsidRDefault="00DA6918">
      <w:pPr>
        <w:pStyle w:val="Seznamsodrkami"/>
        <w:spacing w:after="40"/>
        <w:rPr>
          <w:lang w:val="cs-CZ"/>
        </w:rPr>
      </w:pPr>
      <w:r w:rsidRPr="00DA6918">
        <w:rPr>
          <w:lang w:val="cs-CZ"/>
        </w:rPr>
        <w:t xml:space="preserve">Přírodní deník ŠD </w:t>
      </w:r>
      <w:r w:rsidRPr="00DA6918">
        <w:rPr>
          <w:lang w:val="cs-CZ"/>
        </w:rPr>
        <w:t>– zaznamenáváme změny stromů, podzimní zbarvení listů a opadávání listí; děti mohou přidat kresbu nebo fotografii.</w:t>
      </w:r>
    </w:p>
    <w:p w14:paraId="250F652E" w14:textId="77777777" w:rsidR="00845A56" w:rsidRPr="00DA6918" w:rsidRDefault="00DA6918">
      <w:pPr>
        <w:pStyle w:val="Seznamsodrkami"/>
        <w:spacing w:after="40"/>
        <w:rPr>
          <w:lang w:val="cs-CZ"/>
        </w:rPr>
      </w:pPr>
      <w:r w:rsidRPr="00DA6918">
        <w:rPr>
          <w:lang w:val="cs-CZ"/>
        </w:rPr>
        <w:t>Pozorování změn v přírodě.</w:t>
      </w:r>
    </w:p>
    <w:p w14:paraId="5AA95A6B" w14:textId="77777777" w:rsidR="00845A56" w:rsidRPr="00DA6918" w:rsidRDefault="00DA6918">
      <w:pPr>
        <w:pStyle w:val="Seznamsodrkami"/>
        <w:spacing w:after="40"/>
        <w:rPr>
          <w:lang w:val="cs-CZ"/>
        </w:rPr>
      </w:pPr>
      <w:r w:rsidRPr="00DA6918">
        <w:rPr>
          <w:lang w:val="cs-CZ"/>
        </w:rPr>
        <w:t>Den stromů – poznáváme stromy v okolí školy.</w:t>
      </w:r>
    </w:p>
    <w:p w14:paraId="2DFEAA5E" w14:textId="77777777" w:rsidR="00845A56" w:rsidRPr="00DA6918" w:rsidRDefault="00DA6918">
      <w:pPr>
        <w:pStyle w:val="Seznamsodrkami"/>
        <w:spacing w:after="40"/>
        <w:rPr>
          <w:lang w:val="cs-CZ"/>
        </w:rPr>
      </w:pPr>
      <w:r w:rsidRPr="00DA6918">
        <w:rPr>
          <w:lang w:val="cs-CZ"/>
        </w:rPr>
        <w:t>Sběr přírodního materiálu.</w:t>
      </w:r>
    </w:p>
    <w:p w14:paraId="1DDA966B" w14:textId="77777777" w:rsidR="00845A56" w:rsidRPr="00DA6918" w:rsidRDefault="00DA6918">
      <w:pPr>
        <w:pStyle w:val="Seznamsodrkami"/>
        <w:spacing w:after="40"/>
        <w:rPr>
          <w:lang w:val="cs-CZ"/>
        </w:rPr>
      </w:pPr>
      <w:r w:rsidRPr="00DA6918">
        <w:rPr>
          <w:lang w:val="cs-CZ"/>
        </w:rPr>
        <w:t>Výtvarné a pracovní tvoření z přírodnin.</w:t>
      </w:r>
    </w:p>
    <w:p w14:paraId="65C9382C" w14:textId="77777777" w:rsidR="00845A56" w:rsidRPr="00DA6918" w:rsidRDefault="00DA6918">
      <w:pPr>
        <w:pStyle w:val="Seznamsodrkami"/>
        <w:spacing w:after="40"/>
        <w:rPr>
          <w:lang w:val="cs-CZ"/>
        </w:rPr>
      </w:pPr>
      <w:r w:rsidRPr="00DA6918">
        <w:rPr>
          <w:lang w:val="cs-CZ"/>
        </w:rPr>
        <w:t>Úklid školní zahrady.</w:t>
      </w:r>
    </w:p>
    <w:p w14:paraId="737CDDC0" w14:textId="77777777" w:rsidR="00845A56" w:rsidRPr="00DA6918" w:rsidRDefault="00DA6918">
      <w:pPr>
        <w:pStyle w:val="Seznamsodrkami"/>
        <w:spacing w:after="40"/>
        <w:rPr>
          <w:lang w:val="cs-CZ"/>
        </w:rPr>
      </w:pPr>
      <w:r w:rsidRPr="00DA6918">
        <w:rPr>
          <w:lang w:val="cs-CZ"/>
        </w:rPr>
        <w:t>Šetření energií a vody.</w:t>
      </w:r>
    </w:p>
    <w:p w14:paraId="185412ED" w14:textId="77777777" w:rsidR="00845A56" w:rsidRPr="00DA6918" w:rsidRDefault="00DA6918">
      <w:pPr>
        <w:pStyle w:val="Seznamsodrkami"/>
        <w:spacing w:after="40"/>
        <w:rPr>
          <w:lang w:val="cs-CZ"/>
        </w:rPr>
      </w:pPr>
      <w:r w:rsidRPr="00DA6918">
        <w:rPr>
          <w:lang w:val="cs-CZ"/>
        </w:rPr>
        <w:t>Sběr starého papíru.</w:t>
      </w:r>
    </w:p>
    <w:p w14:paraId="6C66D175" w14:textId="77777777" w:rsidR="00845A56" w:rsidRPr="00DA6918" w:rsidRDefault="00DA6918">
      <w:pPr>
        <w:pStyle w:val="Seznamsodrkami"/>
        <w:spacing w:after="40"/>
        <w:rPr>
          <w:lang w:val="cs-CZ"/>
        </w:rPr>
      </w:pPr>
      <w:r w:rsidRPr="00DA6918">
        <w:rPr>
          <w:lang w:val="cs-CZ"/>
        </w:rPr>
        <w:t>Drakiáda.</w:t>
      </w:r>
    </w:p>
    <w:p w14:paraId="3F7E5AA8" w14:textId="77777777" w:rsidR="00845A56" w:rsidRPr="00DA6918" w:rsidRDefault="00DA6918">
      <w:pPr>
        <w:pStyle w:val="Seznamsodrkami"/>
        <w:spacing w:after="40"/>
        <w:rPr>
          <w:lang w:val="cs-CZ"/>
        </w:rPr>
      </w:pPr>
      <w:r w:rsidRPr="00DA6918">
        <w:rPr>
          <w:lang w:val="cs-CZ"/>
        </w:rPr>
        <w:t>Mezinárodní den zvířat.</w:t>
      </w:r>
    </w:p>
    <w:p w14:paraId="6D68C143" w14:textId="77777777" w:rsidR="00845A56" w:rsidRPr="00DA6918" w:rsidRDefault="00DA6918">
      <w:pPr>
        <w:pStyle w:val="Seznamsodrkami"/>
        <w:spacing w:after="40"/>
        <w:rPr>
          <w:lang w:val="cs-CZ"/>
        </w:rPr>
      </w:pPr>
      <w:r w:rsidRPr="00DA6918">
        <w:rPr>
          <w:lang w:val="cs-CZ"/>
        </w:rPr>
        <w:t>Projektový den „Život stromu“ – od semínka po strom.</w:t>
      </w:r>
    </w:p>
    <w:p w14:paraId="312217F3" w14:textId="77777777" w:rsidR="00DA6918" w:rsidRPr="00DA6918" w:rsidRDefault="00DA6918">
      <w:pPr>
        <w:rPr>
          <w:b/>
          <w:sz w:val="26"/>
          <w:lang w:val="cs-CZ"/>
        </w:rPr>
      </w:pPr>
    </w:p>
    <w:p w14:paraId="66CB0632" w14:textId="73357803" w:rsidR="00845A56" w:rsidRPr="00DA6918" w:rsidRDefault="00DA6918">
      <w:pPr>
        <w:rPr>
          <w:lang w:val="cs-CZ"/>
        </w:rPr>
      </w:pPr>
      <w:r w:rsidRPr="00DA6918">
        <w:rPr>
          <w:b/>
          <w:sz w:val="26"/>
          <w:lang w:val="cs-CZ"/>
        </w:rPr>
        <w:t xml:space="preserve">LISTOPAD </w:t>
      </w:r>
    </w:p>
    <w:p w14:paraId="15B9AADF" w14:textId="31EEDAC0" w:rsidR="00845A56" w:rsidRPr="00DA6918" w:rsidRDefault="00DA6918">
      <w:pPr>
        <w:pStyle w:val="Seznamsodrkami"/>
        <w:spacing w:after="40"/>
        <w:rPr>
          <w:lang w:val="cs-CZ"/>
        </w:rPr>
      </w:pPr>
      <w:r w:rsidRPr="00DA6918">
        <w:rPr>
          <w:lang w:val="cs-CZ"/>
        </w:rPr>
        <w:t xml:space="preserve">Přírodní deník ŠD </w:t>
      </w:r>
      <w:r w:rsidRPr="00DA6918">
        <w:rPr>
          <w:lang w:val="cs-CZ"/>
        </w:rPr>
        <w:t>– pozorujeme poslední květy, podzimní plody a přípravu přírody na zimu; zapisujeme, co se změnilo.</w:t>
      </w:r>
    </w:p>
    <w:p w14:paraId="0EDCE669" w14:textId="77777777" w:rsidR="00845A56" w:rsidRPr="00DA6918" w:rsidRDefault="00DA6918">
      <w:pPr>
        <w:pStyle w:val="Seznamsodrkami"/>
        <w:spacing w:after="40"/>
        <w:rPr>
          <w:lang w:val="cs-CZ"/>
        </w:rPr>
      </w:pPr>
      <w:r w:rsidRPr="00DA6918">
        <w:rPr>
          <w:lang w:val="cs-CZ"/>
        </w:rPr>
        <w:t>Zazimování školní zahrady.</w:t>
      </w:r>
    </w:p>
    <w:p w14:paraId="4B8002DD" w14:textId="77777777" w:rsidR="00845A56" w:rsidRPr="00DA6918" w:rsidRDefault="00DA6918">
      <w:pPr>
        <w:pStyle w:val="Seznamsodrkami"/>
        <w:spacing w:after="40"/>
        <w:rPr>
          <w:lang w:val="cs-CZ"/>
        </w:rPr>
      </w:pPr>
      <w:r w:rsidRPr="00DA6918">
        <w:rPr>
          <w:lang w:val="cs-CZ"/>
        </w:rPr>
        <w:t>Péče o rostliny v okolí školy.</w:t>
      </w:r>
    </w:p>
    <w:p w14:paraId="08FAC562" w14:textId="77777777" w:rsidR="00845A56" w:rsidRPr="00DA6918" w:rsidRDefault="00DA6918">
      <w:pPr>
        <w:pStyle w:val="Seznamsodrkami"/>
        <w:spacing w:after="40"/>
        <w:rPr>
          <w:lang w:val="cs-CZ"/>
        </w:rPr>
      </w:pPr>
      <w:r w:rsidRPr="00DA6918">
        <w:rPr>
          <w:lang w:val="cs-CZ"/>
        </w:rPr>
        <w:t>Výrobky z přírodnin.</w:t>
      </w:r>
    </w:p>
    <w:p w14:paraId="17730610" w14:textId="77777777" w:rsidR="00845A56" w:rsidRPr="00DA6918" w:rsidRDefault="00DA6918">
      <w:pPr>
        <w:pStyle w:val="Seznamsodrkami"/>
        <w:spacing w:after="40"/>
        <w:rPr>
          <w:lang w:val="cs-CZ"/>
        </w:rPr>
      </w:pPr>
      <w:r w:rsidRPr="00DA6918">
        <w:rPr>
          <w:lang w:val="cs-CZ"/>
        </w:rPr>
        <w:t>Pozorování podzimního počasí.</w:t>
      </w:r>
    </w:p>
    <w:p w14:paraId="32BC55E7" w14:textId="77777777" w:rsidR="00845A56" w:rsidRPr="00DA6918" w:rsidRDefault="00DA6918">
      <w:pPr>
        <w:pStyle w:val="Seznamsodrkami"/>
        <w:spacing w:after="40"/>
        <w:rPr>
          <w:lang w:val="cs-CZ"/>
        </w:rPr>
      </w:pPr>
      <w:r w:rsidRPr="00DA6918">
        <w:rPr>
          <w:lang w:val="cs-CZ"/>
        </w:rPr>
        <w:t>Výroba jednoduchých úkrytů pro hmyz nebo péče o již vytvořené hmyzí domečky.</w:t>
      </w:r>
    </w:p>
    <w:p w14:paraId="7E383A55" w14:textId="77777777" w:rsidR="00845A56" w:rsidRPr="00DA6918" w:rsidRDefault="00DA6918">
      <w:pPr>
        <w:pStyle w:val="Seznamsodrkami"/>
        <w:spacing w:after="40"/>
        <w:rPr>
          <w:lang w:val="cs-CZ"/>
        </w:rPr>
      </w:pPr>
      <w:r w:rsidRPr="00DA6918">
        <w:rPr>
          <w:lang w:val="cs-CZ"/>
        </w:rPr>
        <w:t>Lampiónový průvod.</w:t>
      </w:r>
    </w:p>
    <w:p w14:paraId="4E22D0A7" w14:textId="77777777" w:rsidR="00845A56" w:rsidRPr="00DA6918" w:rsidRDefault="00DA6918">
      <w:pPr>
        <w:pStyle w:val="Seznamsodrkami"/>
        <w:spacing w:after="40"/>
        <w:rPr>
          <w:lang w:val="cs-CZ"/>
        </w:rPr>
      </w:pPr>
      <w:r w:rsidRPr="00DA6918">
        <w:rPr>
          <w:lang w:val="cs-CZ"/>
        </w:rPr>
        <w:t>Svatomartinská slavnost.</w:t>
      </w:r>
    </w:p>
    <w:p w14:paraId="577D5511" w14:textId="68B7EE15" w:rsidR="00845A56" w:rsidRPr="00DA6918" w:rsidRDefault="00DA6918">
      <w:pPr>
        <w:rPr>
          <w:lang w:val="cs-CZ"/>
        </w:rPr>
      </w:pPr>
      <w:r w:rsidRPr="00DA6918">
        <w:rPr>
          <w:b/>
          <w:sz w:val="26"/>
          <w:lang w:val="cs-CZ"/>
        </w:rPr>
        <w:t xml:space="preserve">PROSINEC </w:t>
      </w:r>
    </w:p>
    <w:p w14:paraId="7E354344" w14:textId="1E7E08C8" w:rsidR="00845A56" w:rsidRPr="00DA6918" w:rsidRDefault="00DA6918">
      <w:pPr>
        <w:pStyle w:val="Seznamsodrkami"/>
        <w:spacing w:after="40"/>
        <w:rPr>
          <w:lang w:val="cs-CZ"/>
        </w:rPr>
      </w:pPr>
      <w:r w:rsidRPr="00DA6918">
        <w:rPr>
          <w:lang w:val="cs-CZ"/>
        </w:rPr>
        <w:t xml:space="preserve">Přírodní deník ŠD </w:t>
      </w:r>
      <w:r w:rsidRPr="00DA6918">
        <w:rPr>
          <w:lang w:val="cs-CZ"/>
        </w:rPr>
        <w:t>– sledujeme zimní počasí a život ptáků u krmítka; zaznamenáváme první zimní projevy přírody.</w:t>
      </w:r>
    </w:p>
    <w:p w14:paraId="5C627C97" w14:textId="77777777" w:rsidR="00845A56" w:rsidRPr="00DA6918" w:rsidRDefault="00DA6918">
      <w:pPr>
        <w:pStyle w:val="Seznamsodrkami"/>
        <w:spacing w:after="40"/>
        <w:rPr>
          <w:lang w:val="cs-CZ"/>
        </w:rPr>
      </w:pPr>
      <w:r w:rsidRPr="00DA6918">
        <w:rPr>
          <w:lang w:val="cs-CZ"/>
        </w:rPr>
        <w:t>Zimní výzdoba školy.</w:t>
      </w:r>
    </w:p>
    <w:p w14:paraId="4952947B" w14:textId="77777777" w:rsidR="00845A56" w:rsidRPr="00DA6918" w:rsidRDefault="00DA6918">
      <w:pPr>
        <w:pStyle w:val="Seznamsodrkami"/>
        <w:spacing w:after="40"/>
        <w:rPr>
          <w:lang w:val="cs-CZ"/>
        </w:rPr>
      </w:pPr>
      <w:r w:rsidRPr="00DA6918">
        <w:rPr>
          <w:lang w:val="cs-CZ"/>
        </w:rPr>
        <w:t>Skupenství vody – pokusy.</w:t>
      </w:r>
    </w:p>
    <w:p w14:paraId="0017148B" w14:textId="77777777" w:rsidR="00845A56" w:rsidRPr="00DA6918" w:rsidRDefault="00DA6918">
      <w:pPr>
        <w:pStyle w:val="Seznamsodrkami"/>
        <w:spacing w:after="40"/>
        <w:rPr>
          <w:lang w:val="cs-CZ"/>
        </w:rPr>
      </w:pPr>
      <w:r w:rsidRPr="00DA6918">
        <w:rPr>
          <w:lang w:val="cs-CZ"/>
        </w:rPr>
        <w:t>Pozorování zimní přírody.</w:t>
      </w:r>
    </w:p>
    <w:p w14:paraId="107BD484" w14:textId="77777777" w:rsidR="00845A56" w:rsidRPr="00DA6918" w:rsidRDefault="00DA6918">
      <w:pPr>
        <w:pStyle w:val="Seznamsodrkami"/>
        <w:spacing w:after="40"/>
        <w:rPr>
          <w:lang w:val="cs-CZ"/>
        </w:rPr>
      </w:pPr>
      <w:r w:rsidRPr="00DA6918">
        <w:rPr>
          <w:lang w:val="cs-CZ"/>
        </w:rPr>
        <w:t>Krmíme ptáčky v krmítku.</w:t>
      </w:r>
    </w:p>
    <w:p w14:paraId="79949262" w14:textId="77777777" w:rsidR="00845A56" w:rsidRPr="00DA6918" w:rsidRDefault="00DA6918">
      <w:pPr>
        <w:pStyle w:val="Seznamsodrkami"/>
        <w:spacing w:after="40"/>
        <w:rPr>
          <w:lang w:val="cs-CZ"/>
        </w:rPr>
      </w:pPr>
      <w:r w:rsidRPr="00DA6918">
        <w:rPr>
          <w:lang w:val="cs-CZ"/>
        </w:rPr>
        <w:t>Výroba lojových koulí nebo krmítek pro ptáky.</w:t>
      </w:r>
    </w:p>
    <w:p w14:paraId="21C64BFD" w14:textId="090C6FD9" w:rsidR="00DA6918" w:rsidRPr="00DA6918" w:rsidRDefault="00DA6918" w:rsidP="00DA6918">
      <w:pPr>
        <w:pStyle w:val="Seznamsodrkami"/>
        <w:spacing w:after="40"/>
        <w:rPr>
          <w:lang w:val="cs-CZ"/>
        </w:rPr>
      </w:pPr>
      <w:r w:rsidRPr="00DA6918">
        <w:rPr>
          <w:lang w:val="cs-CZ"/>
        </w:rPr>
        <w:t>Vánoční jarmark.</w:t>
      </w:r>
    </w:p>
    <w:p w14:paraId="53C0BD91" w14:textId="30AAC14C" w:rsidR="00845A56" w:rsidRPr="00DA6918" w:rsidRDefault="00DA6918">
      <w:pPr>
        <w:pStyle w:val="Seznamsodrkami"/>
        <w:spacing w:after="40"/>
        <w:rPr>
          <w:lang w:val="cs-CZ"/>
        </w:rPr>
      </w:pPr>
      <w:r w:rsidRPr="00DA6918">
        <w:rPr>
          <w:lang w:val="cs-CZ"/>
        </w:rPr>
        <w:t>Vánoční strom pro zvířátka.</w:t>
      </w:r>
    </w:p>
    <w:p w14:paraId="24355724" w14:textId="77777777" w:rsidR="00845A56" w:rsidRPr="00DA6918" w:rsidRDefault="00DA6918">
      <w:pPr>
        <w:pStyle w:val="Seznamsodrkami"/>
        <w:spacing w:after="40"/>
        <w:rPr>
          <w:lang w:val="cs-CZ"/>
        </w:rPr>
      </w:pPr>
      <w:r w:rsidRPr="00DA6918">
        <w:rPr>
          <w:lang w:val="cs-CZ"/>
        </w:rPr>
        <w:t>Vánoční dílničky.</w:t>
      </w:r>
    </w:p>
    <w:p w14:paraId="2D5CD666" w14:textId="77777777" w:rsidR="00845A56" w:rsidRPr="00DA6918" w:rsidRDefault="00DA6918">
      <w:pPr>
        <w:pStyle w:val="Seznamsodrkami"/>
        <w:spacing w:after="40"/>
        <w:rPr>
          <w:lang w:val="cs-CZ"/>
        </w:rPr>
      </w:pPr>
      <w:r w:rsidRPr="00DA6918">
        <w:rPr>
          <w:lang w:val="cs-CZ"/>
        </w:rPr>
        <w:t>Využívání přírodních a recyklovaných materiálů při výrobě dekorací.</w:t>
      </w:r>
    </w:p>
    <w:p w14:paraId="48B1DCB6" w14:textId="77777777" w:rsidR="00DA6918" w:rsidRPr="00DA6918" w:rsidRDefault="00DA6918" w:rsidP="00DA6918">
      <w:pPr>
        <w:pStyle w:val="Seznamsodrkami"/>
        <w:numPr>
          <w:ilvl w:val="0"/>
          <w:numId w:val="0"/>
        </w:numPr>
        <w:spacing w:after="40"/>
        <w:ind w:left="360"/>
        <w:rPr>
          <w:lang w:val="cs-CZ"/>
        </w:rPr>
      </w:pPr>
    </w:p>
    <w:p w14:paraId="5D99C41F" w14:textId="6AF589E4" w:rsidR="00845A56" w:rsidRPr="00DA6918" w:rsidRDefault="00DA6918">
      <w:pPr>
        <w:rPr>
          <w:lang w:val="cs-CZ"/>
        </w:rPr>
      </w:pPr>
      <w:r w:rsidRPr="00DA6918">
        <w:rPr>
          <w:b/>
          <w:sz w:val="26"/>
          <w:lang w:val="cs-CZ"/>
        </w:rPr>
        <w:t xml:space="preserve">LEDEN </w:t>
      </w:r>
    </w:p>
    <w:p w14:paraId="6F05B486" w14:textId="2F3F100D" w:rsidR="00845A56" w:rsidRPr="00DA6918" w:rsidRDefault="00DA6918">
      <w:pPr>
        <w:pStyle w:val="Seznamsodrkami"/>
        <w:spacing w:after="40"/>
        <w:rPr>
          <w:lang w:val="cs-CZ"/>
        </w:rPr>
      </w:pPr>
      <w:r w:rsidRPr="00DA6918">
        <w:rPr>
          <w:lang w:val="cs-CZ"/>
        </w:rPr>
        <w:t xml:space="preserve">Přírodní deník ŠD </w:t>
      </w:r>
      <w:r w:rsidRPr="00DA6918">
        <w:rPr>
          <w:lang w:val="cs-CZ"/>
        </w:rPr>
        <w:t>– hledáme a zaznamenáváme stopy zvířat, sníh, námrazu a další změny v zimní přírodě.</w:t>
      </w:r>
    </w:p>
    <w:p w14:paraId="48EB5BA9" w14:textId="77777777" w:rsidR="00845A56" w:rsidRPr="00DA6918" w:rsidRDefault="00DA6918">
      <w:pPr>
        <w:pStyle w:val="Seznamsodrkami"/>
        <w:spacing w:after="40"/>
        <w:rPr>
          <w:lang w:val="cs-CZ"/>
        </w:rPr>
      </w:pPr>
      <w:r w:rsidRPr="00DA6918">
        <w:rPr>
          <w:lang w:val="cs-CZ"/>
        </w:rPr>
        <w:t>Pozorování změn v přírodě.</w:t>
      </w:r>
    </w:p>
    <w:p w14:paraId="08283A4A" w14:textId="77777777" w:rsidR="00845A56" w:rsidRPr="00DA6918" w:rsidRDefault="00DA6918">
      <w:pPr>
        <w:pStyle w:val="Seznamsodrkami"/>
        <w:spacing w:after="40"/>
        <w:rPr>
          <w:lang w:val="cs-CZ"/>
        </w:rPr>
      </w:pPr>
      <w:r w:rsidRPr="00DA6918">
        <w:rPr>
          <w:lang w:val="cs-CZ"/>
        </w:rPr>
        <w:t>Aktivní pobyt v zimní přírodě – dle počasí.</w:t>
      </w:r>
    </w:p>
    <w:p w14:paraId="0A50DED6" w14:textId="77777777" w:rsidR="00845A56" w:rsidRPr="00DA6918" w:rsidRDefault="00DA6918">
      <w:pPr>
        <w:pStyle w:val="Seznamsodrkami"/>
        <w:spacing w:after="40"/>
        <w:rPr>
          <w:lang w:val="cs-CZ"/>
        </w:rPr>
      </w:pPr>
      <w:r w:rsidRPr="00DA6918">
        <w:rPr>
          <w:lang w:val="cs-CZ"/>
        </w:rPr>
        <w:t>Péče o zvěř a ptáčky v zimě.</w:t>
      </w:r>
    </w:p>
    <w:p w14:paraId="5B8162D3" w14:textId="77777777" w:rsidR="00845A56" w:rsidRPr="00DA6918" w:rsidRDefault="00DA6918">
      <w:pPr>
        <w:pStyle w:val="Seznamsodrkami"/>
        <w:spacing w:after="40"/>
        <w:rPr>
          <w:lang w:val="cs-CZ"/>
        </w:rPr>
      </w:pPr>
      <w:r w:rsidRPr="00DA6918">
        <w:rPr>
          <w:lang w:val="cs-CZ"/>
        </w:rPr>
        <w:t>Stopy ve sněhu.</w:t>
      </w:r>
    </w:p>
    <w:p w14:paraId="0DB92381" w14:textId="77777777" w:rsidR="00845A56" w:rsidRPr="00DA6918" w:rsidRDefault="00DA6918">
      <w:pPr>
        <w:pStyle w:val="Seznamsodrkami"/>
        <w:spacing w:after="40"/>
        <w:rPr>
          <w:lang w:val="cs-CZ"/>
        </w:rPr>
      </w:pPr>
      <w:r w:rsidRPr="00DA6918">
        <w:rPr>
          <w:lang w:val="cs-CZ"/>
        </w:rPr>
        <w:t>Třídění odpadů.</w:t>
      </w:r>
    </w:p>
    <w:p w14:paraId="72C9FAAF" w14:textId="4557931D" w:rsidR="00DA6918" w:rsidRPr="00DA6918" w:rsidRDefault="00DA6918" w:rsidP="00DA6918">
      <w:pPr>
        <w:pStyle w:val="Seznamsodrkami"/>
        <w:spacing w:after="40"/>
        <w:rPr>
          <w:lang w:val="cs-CZ"/>
        </w:rPr>
      </w:pPr>
      <w:r w:rsidRPr="00DA6918">
        <w:rPr>
          <w:lang w:val="cs-CZ"/>
        </w:rPr>
        <w:t>Využívání odpadového materiálu při výtvarných a pracovních činnostech.</w:t>
      </w:r>
    </w:p>
    <w:p w14:paraId="44186929" w14:textId="77777777" w:rsidR="00DA6918" w:rsidRPr="00DA6918" w:rsidRDefault="00DA6918" w:rsidP="00DA6918">
      <w:pPr>
        <w:pStyle w:val="Seznamsodrkami"/>
        <w:numPr>
          <w:ilvl w:val="0"/>
          <w:numId w:val="0"/>
        </w:numPr>
        <w:spacing w:after="40"/>
        <w:ind w:left="360"/>
        <w:rPr>
          <w:lang w:val="cs-CZ"/>
        </w:rPr>
      </w:pPr>
    </w:p>
    <w:p w14:paraId="43C22617" w14:textId="0693B0E2" w:rsidR="00845A56" w:rsidRPr="00DA6918" w:rsidRDefault="00DA6918">
      <w:pPr>
        <w:rPr>
          <w:lang w:val="cs-CZ"/>
        </w:rPr>
      </w:pPr>
      <w:r w:rsidRPr="00DA6918">
        <w:rPr>
          <w:b/>
          <w:sz w:val="26"/>
          <w:lang w:val="cs-CZ"/>
        </w:rPr>
        <w:t>Ú</w:t>
      </w:r>
      <w:r w:rsidRPr="00DA6918">
        <w:rPr>
          <w:b/>
          <w:sz w:val="26"/>
          <w:lang w:val="cs-CZ"/>
        </w:rPr>
        <w:t xml:space="preserve">NOR </w:t>
      </w:r>
    </w:p>
    <w:p w14:paraId="0A3C1255" w14:textId="6FD2FB5B" w:rsidR="00845A56" w:rsidRPr="00DA6918" w:rsidRDefault="00DA6918">
      <w:pPr>
        <w:pStyle w:val="Seznamsodrkami"/>
        <w:spacing w:after="40"/>
        <w:rPr>
          <w:lang w:val="cs-CZ"/>
        </w:rPr>
      </w:pPr>
      <w:r w:rsidRPr="00DA6918">
        <w:rPr>
          <w:lang w:val="cs-CZ"/>
        </w:rPr>
        <w:t xml:space="preserve">Přírodní deník ŠD </w:t>
      </w:r>
      <w:r w:rsidRPr="00DA6918">
        <w:rPr>
          <w:lang w:val="cs-CZ"/>
        </w:rPr>
        <w:t>– hledáme první známky blížícího se jara a sledujeme první pupeny, výhonky a aktivitu živočichů.</w:t>
      </w:r>
    </w:p>
    <w:p w14:paraId="3D97EF6A" w14:textId="77777777" w:rsidR="00845A56" w:rsidRPr="00DA6918" w:rsidRDefault="00DA6918">
      <w:pPr>
        <w:pStyle w:val="Seznamsodrkami"/>
        <w:spacing w:after="40"/>
        <w:rPr>
          <w:lang w:val="cs-CZ"/>
        </w:rPr>
      </w:pPr>
      <w:r w:rsidRPr="00DA6918">
        <w:rPr>
          <w:lang w:val="cs-CZ"/>
        </w:rPr>
        <w:t>Péče o pokojové rostliny.</w:t>
      </w:r>
    </w:p>
    <w:p w14:paraId="08C8999E" w14:textId="77777777" w:rsidR="00845A56" w:rsidRPr="00DA6918" w:rsidRDefault="00DA6918">
      <w:pPr>
        <w:pStyle w:val="Seznamsodrkami"/>
        <w:spacing w:after="40"/>
        <w:rPr>
          <w:lang w:val="cs-CZ"/>
        </w:rPr>
      </w:pPr>
      <w:r w:rsidRPr="00DA6918">
        <w:rPr>
          <w:lang w:val="cs-CZ"/>
        </w:rPr>
        <w:t>Množení pokojových rostlin.</w:t>
      </w:r>
    </w:p>
    <w:p w14:paraId="12B9E94A" w14:textId="77777777" w:rsidR="00845A56" w:rsidRPr="00DA6918" w:rsidRDefault="00DA6918">
      <w:pPr>
        <w:pStyle w:val="Seznamsodrkami"/>
        <w:spacing w:after="40"/>
        <w:rPr>
          <w:lang w:val="cs-CZ"/>
        </w:rPr>
      </w:pPr>
      <w:r w:rsidRPr="00DA6918">
        <w:rPr>
          <w:lang w:val="cs-CZ"/>
        </w:rPr>
        <w:t>Zkrášlování prostředí školy.</w:t>
      </w:r>
    </w:p>
    <w:p w14:paraId="013779C7" w14:textId="77777777" w:rsidR="00845A56" w:rsidRPr="00DA6918" w:rsidRDefault="00DA6918">
      <w:pPr>
        <w:pStyle w:val="Seznamsodrkami"/>
        <w:spacing w:after="40"/>
        <w:rPr>
          <w:lang w:val="cs-CZ"/>
        </w:rPr>
      </w:pPr>
      <w:r w:rsidRPr="00DA6918">
        <w:rPr>
          <w:lang w:val="cs-CZ"/>
        </w:rPr>
        <w:t>Karneval MŠ a ŠD.</w:t>
      </w:r>
    </w:p>
    <w:p w14:paraId="48477C1E" w14:textId="77777777" w:rsidR="00845A56" w:rsidRPr="00DA6918" w:rsidRDefault="00DA6918">
      <w:pPr>
        <w:pStyle w:val="Seznamsodrkami"/>
        <w:spacing w:after="40"/>
        <w:rPr>
          <w:lang w:val="cs-CZ"/>
        </w:rPr>
      </w:pPr>
      <w:r w:rsidRPr="00DA6918">
        <w:rPr>
          <w:lang w:val="cs-CZ"/>
        </w:rPr>
        <w:t>Pokusy s vodou – co plave, co se rozpouští a proč je voda důležitá.</w:t>
      </w:r>
    </w:p>
    <w:p w14:paraId="797166E9" w14:textId="3FB9EF5C" w:rsidR="00845A56" w:rsidRPr="00DA6918" w:rsidRDefault="00845A56" w:rsidP="00DA6918">
      <w:pPr>
        <w:pStyle w:val="Seznamsodrkami"/>
        <w:numPr>
          <w:ilvl w:val="0"/>
          <w:numId w:val="0"/>
        </w:numPr>
        <w:spacing w:after="40"/>
        <w:rPr>
          <w:lang w:val="cs-CZ"/>
        </w:rPr>
      </w:pPr>
    </w:p>
    <w:p w14:paraId="0E85E00D" w14:textId="45847BF1" w:rsidR="00845A56" w:rsidRPr="00DA6918" w:rsidRDefault="00DA6918">
      <w:pPr>
        <w:rPr>
          <w:lang w:val="cs-CZ"/>
        </w:rPr>
      </w:pPr>
      <w:r w:rsidRPr="00DA6918">
        <w:rPr>
          <w:b/>
          <w:sz w:val="26"/>
          <w:lang w:val="cs-CZ"/>
        </w:rPr>
        <w:t>BŘEZEN</w:t>
      </w:r>
    </w:p>
    <w:p w14:paraId="40F0F950" w14:textId="462C3E4F" w:rsidR="00845A56" w:rsidRPr="00DA6918" w:rsidRDefault="00DA6918">
      <w:pPr>
        <w:pStyle w:val="Seznamsodrkami"/>
        <w:spacing w:after="40"/>
        <w:rPr>
          <w:lang w:val="cs-CZ"/>
        </w:rPr>
      </w:pPr>
      <w:r w:rsidRPr="00DA6918">
        <w:rPr>
          <w:lang w:val="cs-CZ"/>
        </w:rPr>
        <w:t xml:space="preserve">Přírodní deník ŠD </w:t>
      </w:r>
      <w:r w:rsidRPr="00DA6918">
        <w:rPr>
          <w:lang w:val="cs-CZ"/>
        </w:rPr>
        <w:t>– zaznamenáváme první jarní květiny, rašení stromů a návrat prvních ptáků.</w:t>
      </w:r>
    </w:p>
    <w:p w14:paraId="77993A71" w14:textId="77777777" w:rsidR="00845A56" w:rsidRPr="00DA6918" w:rsidRDefault="00DA6918">
      <w:pPr>
        <w:pStyle w:val="Seznamsodrkami"/>
        <w:spacing w:after="40"/>
        <w:rPr>
          <w:lang w:val="cs-CZ"/>
        </w:rPr>
      </w:pPr>
      <w:r w:rsidRPr="00DA6918">
        <w:rPr>
          <w:lang w:val="cs-CZ"/>
        </w:rPr>
        <w:t>P</w:t>
      </w:r>
      <w:r w:rsidRPr="00DA6918">
        <w:rPr>
          <w:lang w:val="cs-CZ"/>
        </w:rPr>
        <w:t>ozorování jarní přírody a vycházky do okolí školy.</w:t>
      </w:r>
    </w:p>
    <w:p w14:paraId="4C63ECB9" w14:textId="77777777" w:rsidR="00845A56" w:rsidRPr="00DA6918" w:rsidRDefault="00DA6918">
      <w:pPr>
        <w:pStyle w:val="Seznamsodrkami"/>
        <w:spacing w:after="40"/>
        <w:rPr>
          <w:lang w:val="cs-CZ"/>
        </w:rPr>
      </w:pPr>
      <w:r w:rsidRPr="00DA6918">
        <w:rPr>
          <w:lang w:val="cs-CZ"/>
        </w:rPr>
        <w:t>Klíčení semen a pozorování růstu rostlin.</w:t>
      </w:r>
    </w:p>
    <w:p w14:paraId="307D4FCC" w14:textId="77777777" w:rsidR="00845A56" w:rsidRPr="00DA6918" w:rsidRDefault="00DA6918">
      <w:pPr>
        <w:pStyle w:val="Seznamsodrkami"/>
        <w:spacing w:after="40"/>
        <w:rPr>
          <w:lang w:val="cs-CZ"/>
        </w:rPr>
      </w:pPr>
      <w:r w:rsidRPr="00DA6918">
        <w:rPr>
          <w:lang w:val="cs-CZ"/>
        </w:rPr>
        <w:t>Výtvarné tvoření z přírodních materiálů.</w:t>
      </w:r>
    </w:p>
    <w:p w14:paraId="70479C33" w14:textId="1166C1B6" w:rsidR="00845A56" w:rsidRPr="00DA6918" w:rsidRDefault="00DA6918" w:rsidP="00DA6918">
      <w:pPr>
        <w:pStyle w:val="Seznamsodrkami"/>
        <w:spacing w:after="40"/>
        <w:rPr>
          <w:lang w:val="cs-CZ"/>
        </w:rPr>
      </w:pPr>
      <w:r w:rsidRPr="00DA6918">
        <w:rPr>
          <w:lang w:val="cs-CZ"/>
        </w:rPr>
        <w:t xml:space="preserve">Jarní badatelská výprava – hledáme první známky </w:t>
      </w:r>
      <w:proofErr w:type="spellStart"/>
      <w:proofErr w:type="gramStart"/>
      <w:r w:rsidRPr="00DA6918">
        <w:rPr>
          <w:lang w:val="cs-CZ"/>
        </w:rPr>
        <w:t>jara.</w:t>
      </w:r>
      <w:r w:rsidRPr="00DA6918">
        <w:rPr>
          <w:lang w:val="cs-CZ"/>
        </w:rPr>
        <w:t>Sběr</w:t>
      </w:r>
      <w:proofErr w:type="spellEnd"/>
      <w:proofErr w:type="gramEnd"/>
      <w:r w:rsidRPr="00DA6918">
        <w:rPr>
          <w:lang w:val="cs-CZ"/>
        </w:rPr>
        <w:t xml:space="preserve"> starého papíru.</w:t>
      </w:r>
    </w:p>
    <w:p w14:paraId="064048DE" w14:textId="77777777" w:rsidR="00845A56" w:rsidRPr="00DA6918" w:rsidRDefault="00DA6918">
      <w:pPr>
        <w:pStyle w:val="Seznamsodrkami"/>
        <w:spacing w:after="40"/>
        <w:rPr>
          <w:lang w:val="cs-CZ"/>
        </w:rPr>
      </w:pPr>
      <w:r w:rsidRPr="00DA6918">
        <w:rPr>
          <w:lang w:val="cs-CZ"/>
        </w:rPr>
        <w:t>Návštěva knihovny – knihy o přírodě a zvířatech.</w:t>
      </w:r>
    </w:p>
    <w:p w14:paraId="6B381555" w14:textId="77777777" w:rsidR="00845A56" w:rsidRPr="00DA6918" w:rsidRDefault="00DA6918">
      <w:pPr>
        <w:pStyle w:val="Seznamsodrkami"/>
        <w:spacing w:after="40"/>
        <w:rPr>
          <w:lang w:val="cs-CZ"/>
        </w:rPr>
      </w:pPr>
      <w:r w:rsidRPr="00DA6918">
        <w:rPr>
          <w:lang w:val="cs-CZ"/>
        </w:rPr>
        <w:t>Velikonoční dílny.</w:t>
      </w:r>
    </w:p>
    <w:p w14:paraId="61974FEB" w14:textId="7E281548" w:rsidR="00845A56" w:rsidRPr="00DA6918" w:rsidRDefault="00DA6918">
      <w:pPr>
        <w:pStyle w:val="Seznamsodrkami"/>
        <w:spacing w:after="40"/>
        <w:rPr>
          <w:lang w:val="cs-CZ"/>
        </w:rPr>
      </w:pPr>
      <w:r w:rsidRPr="00DA6918">
        <w:rPr>
          <w:lang w:val="cs-CZ"/>
        </w:rPr>
        <w:t>Ukliďme Česko</w:t>
      </w:r>
    </w:p>
    <w:p w14:paraId="04E1D5E6" w14:textId="38A8E937" w:rsidR="00845A56" w:rsidRPr="00DA6918" w:rsidRDefault="00DA6918">
      <w:pPr>
        <w:rPr>
          <w:lang w:val="cs-CZ"/>
        </w:rPr>
      </w:pPr>
      <w:r w:rsidRPr="00DA6918">
        <w:rPr>
          <w:b/>
          <w:sz w:val="26"/>
          <w:lang w:val="cs-CZ"/>
        </w:rPr>
        <w:t xml:space="preserve">DUBEN </w:t>
      </w:r>
    </w:p>
    <w:p w14:paraId="66D77EC4" w14:textId="06269615" w:rsidR="00845A56" w:rsidRPr="00DA6918" w:rsidRDefault="00DA6918">
      <w:pPr>
        <w:pStyle w:val="Seznamsodrkami"/>
        <w:spacing w:after="40"/>
        <w:rPr>
          <w:lang w:val="cs-CZ"/>
        </w:rPr>
      </w:pPr>
      <w:r w:rsidRPr="00DA6918">
        <w:rPr>
          <w:lang w:val="cs-CZ"/>
        </w:rPr>
        <w:t>Přírodní deník ŠD</w:t>
      </w:r>
      <w:r w:rsidRPr="00DA6918">
        <w:rPr>
          <w:lang w:val="cs-CZ"/>
        </w:rPr>
        <w:t xml:space="preserve"> – pozorujeme první hmyz, jarní rostliny a život na školní zahradě.</w:t>
      </w:r>
    </w:p>
    <w:p w14:paraId="74271777" w14:textId="77777777" w:rsidR="00845A56" w:rsidRPr="00DA6918" w:rsidRDefault="00DA6918">
      <w:pPr>
        <w:pStyle w:val="Seznamsodrkami"/>
        <w:spacing w:after="40"/>
        <w:rPr>
          <w:lang w:val="cs-CZ"/>
        </w:rPr>
      </w:pPr>
      <w:r w:rsidRPr="00DA6918">
        <w:rPr>
          <w:lang w:val="cs-CZ"/>
        </w:rPr>
        <w:t>Den Země v MŠ a ZŠ.</w:t>
      </w:r>
    </w:p>
    <w:p w14:paraId="1ABC3083" w14:textId="77777777" w:rsidR="00845A56" w:rsidRPr="00DA6918" w:rsidRDefault="00DA6918">
      <w:pPr>
        <w:pStyle w:val="Seznamsodrkami"/>
        <w:spacing w:after="40"/>
        <w:rPr>
          <w:lang w:val="cs-CZ"/>
        </w:rPr>
      </w:pPr>
      <w:r w:rsidRPr="00DA6918">
        <w:rPr>
          <w:lang w:val="cs-CZ"/>
        </w:rPr>
        <w:t>Velký úklid okolí školy nebo vybraného místa v obci.</w:t>
      </w:r>
    </w:p>
    <w:p w14:paraId="409DC3DE" w14:textId="77777777" w:rsidR="00845A56" w:rsidRPr="00DA6918" w:rsidRDefault="00DA6918">
      <w:pPr>
        <w:pStyle w:val="Seznamsodrkami"/>
        <w:spacing w:after="40"/>
        <w:rPr>
          <w:lang w:val="cs-CZ"/>
        </w:rPr>
      </w:pPr>
      <w:r w:rsidRPr="00DA6918">
        <w:rPr>
          <w:lang w:val="cs-CZ"/>
        </w:rPr>
        <w:t xml:space="preserve">Zapojení do akce </w:t>
      </w:r>
      <w:r w:rsidRPr="00DA6918">
        <w:rPr>
          <w:lang w:val="cs-CZ"/>
        </w:rPr>
        <w:t>Ukliďme Česko – dle aktuálních možností.</w:t>
      </w:r>
    </w:p>
    <w:p w14:paraId="7F6FF0EA" w14:textId="77777777" w:rsidR="00845A56" w:rsidRPr="00DA6918" w:rsidRDefault="00DA6918">
      <w:pPr>
        <w:pStyle w:val="Seznamsodrkami"/>
        <w:spacing w:after="40"/>
        <w:rPr>
          <w:lang w:val="cs-CZ"/>
        </w:rPr>
      </w:pPr>
      <w:r w:rsidRPr="00DA6918">
        <w:rPr>
          <w:lang w:val="cs-CZ"/>
        </w:rPr>
        <w:t>Třídění odpadu a recyklace.</w:t>
      </w:r>
    </w:p>
    <w:p w14:paraId="047A35FA" w14:textId="77777777" w:rsidR="00845A56" w:rsidRPr="00DA6918" w:rsidRDefault="00DA6918">
      <w:pPr>
        <w:pStyle w:val="Seznamsodrkami"/>
        <w:spacing w:after="40"/>
        <w:rPr>
          <w:lang w:val="cs-CZ"/>
        </w:rPr>
      </w:pPr>
      <w:r w:rsidRPr="00DA6918">
        <w:rPr>
          <w:lang w:val="cs-CZ"/>
        </w:rPr>
        <w:t>Výtvarné tvoření z přírodních a odpadových materiálů.</w:t>
      </w:r>
    </w:p>
    <w:p w14:paraId="3401728B" w14:textId="77777777" w:rsidR="00845A56" w:rsidRPr="00DA6918" w:rsidRDefault="00DA6918">
      <w:pPr>
        <w:pStyle w:val="Seznamsodrkami"/>
        <w:spacing w:after="40"/>
        <w:rPr>
          <w:lang w:val="cs-CZ"/>
        </w:rPr>
      </w:pPr>
      <w:r w:rsidRPr="00DA6918">
        <w:rPr>
          <w:lang w:val="cs-CZ"/>
        </w:rPr>
        <w:t>Velikonoční jarmark.</w:t>
      </w:r>
    </w:p>
    <w:p w14:paraId="36941D22" w14:textId="77777777" w:rsidR="00845A56" w:rsidRPr="00DA6918" w:rsidRDefault="00DA6918">
      <w:pPr>
        <w:pStyle w:val="Seznamsodrkami"/>
        <w:spacing w:after="40"/>
        <w:rPr>
          <w:lang w:val="cs-CZ"/>
        </w:rPr>
      </w:pPr>
      <w:r w:rsidRPr="00DA6918">
        <w:rPr>
          <w:lang w:val="cs-CZ"/>
        </w:rPr>
        <w:t>Pálení čarodějnic – bezpečné chování v přírodě.</w:t>
      </w:r>
    </w:p>
    <w:p w14:paraId="4C5B073B" w14:textId="77777777" w:rsidR="00DA6918" w:rsidRPr="00DA6918" w:rsidRDefault="00DA6918" w:rsidP="00DA6918">
      <w:pPr>
        <w:pStyle w:val="Seznamsodrkami"/>
        <w:numPr>
          <w:ilvl w:val="0"/>
          <w:numId w:val="0"/>
        </w:numPr>
        <w:spacing w:after="40"/>
        <w:ind w:left="360"/>
        <w:rPr>
          <w:lang w:val="cs-CZ"/>
        </w:rPr>
      </w:pPr>
    </w:p>
    <w:p w14:paraId="6B2E64A3" w14:textId="111A4A81" w:rsidR="00845A56" w:rsidRPr="00DA6918" w:rsidRDefault="00DA6918">
      <w:pPr>
        <w:rPr>
          <w:lang w:val="cs-CZ"/>
        </w:rPr>
      </w:pPr>
      <w:r w:rsidRPr="00DA6918">
        <w:rPr>
          <w:b/>
          <w:sz w:val="26"/>
          <w:lang w:val="cs-CZ"/>
        </w:rPr>
        <w:t xml:space="preserve">KVĚTEN </w:t>
      </w:r>
    </w:p>
    <w:p w14:paraId="6DD79F66" w14:textId="0CD820C0" w:rsidR="00845A56" w:rsidRPr="00DA6918" w:rsidRDefault="00DA6918">
      <w:pPr>
        <w:pStyle w:val="Seznamsodrkami"/>
        <w:spacing w:after="40"/>
        <w:rPr>
          <w:lang w:val="cs-CZ"/>
        </w:rPr>
      </w:pPr>
      <w:r w:rsidRPr="00DA6918">
        <w:rPr>
          <w:lang w:val="cs-CZ"/>
        </w:rPr>
        <w:t>Přírodní deník ŠD</w:t>
      </w:r>
      <w:r w:rsidRPr="00DA6918">
        <w:rPr>
          <w:lang w:val="cs-CZ"/>
        </w:rPr>
        <w:t xml:space="preserve"> – sledujeme kvetoucí rostliny, včely, motýly a další opylovače; zapisujeme pozorované druhy.</w:t>
      </w:r>
    </w:p>
    <w:p w14:paraId="040AF256" w14:textId="77777777" w:rsidR="00845A56" w:rsidRPr="00DA6918" w:rsidRDefault="00DA6918">
      <w:pPr>
        <w:pStyle w:val="Seznamsodrkami"/>
        <w:spacing w:after="40"/>
        <w:rPr>
          <w:lang w:val="cs-CZ"/>
        </w:rPr>
      </w:pPr>
      <w:r w:rsidRPr="00DA6918">
        <w:rPr>
          <w:lang w:val="cs-CZ"/>
        </w:rPr>
        <w:t>Světový den včel.</w:t>
      </w:r>
    </w:p>
    <w:p w14:paraId="32FF7E79" w14:textId="77777777" w:rsidR="00845A56" w:rsidRPr="00DA6918" w:rsidRDefault="00DA6918">
      <w:pPr>
        <w:pStyle w:val="Seznamsodrkami"/>
        <w:spacing w:after="40"/>
        <w:rPr>
          <w:lang w:val="cs-CZ"/>
        </w:rPr>
      </w:pPr>
      <w:r w:rsidRPr="00DA6918">
        <w:rPr>
          <w:lang w:val="cs-CZ"/>
        </w:rPr>
        <w:t>Poznáváme opylovače a jejich význam pro přírodu.</w:t>
      </w:r>
    </w:p>
    <w:p w14:paraId="0EA3A866" w14:textId="77777777" w:rsidR="00845A56" w:rsidRPr="00DA6918" w:rsidRDefault="00DA6918">
      <w:pPr>
        <w:pStyle w:val="Seznamsodrkami"/>
        <w:spacing w:after="40"/>
        <w:rPr>
          <w:lang w:val="cs-CZ"/>
        </w:rPr>
      </w:pPr>
      <w:r w:rsidRPr="00DA6918">
        <w:rPr>
          <w:lang w:val="cs-CZ"/>
        </w:rPr>
        <w:t>Výsadba bylinek, květin nebo užitkových rostlin.</w:t>
      </w:r>
    </w:p>
    <w:p w14:paraId="37800CA0" w14:textId="77777777" w:rsidR="00845A56" w:rsidRPr="00DA6918" w:rsidRDefault="00DA6918">
      <w:pPr>
        <w:pStyle w:val="Seznamsodrkami"/>
        <w:spacing w:after="40"/>
        <w:rPr>
          <w:lang w:val="cs-CZ"/>
        </w:rPr>
      </w:pPr>
      <w:r w:rsidRPr="00DA6918">
        <w:rPr>
          <w:lang w:val="cs-CZ"/>
        </w:rPr>
        <w:t>Péče o školní zahradu.</w:t>
      </w:r>
    </w:p>
    <w:p w14:paraId="4671191C" w14:textId="77777777" w:rsidR="00845A56" w:rsidRPr="00DA6918" w:rsidRDefault="00DA6918">
      <w:pPr>
        <w:pStyle w:val="Seznamsodrkami"/>
        <w:spacing w:after="40"/>
        <w:rPr>
          <w:lang w:val="cs-CZ"/>
        </w:rPr>
      </w:pPr>
      <w:r w:rsidRPr="00DA6918">
        <w:rPr>
          <w:lang w:val="cs-CZ"/>
        </w:rPr>
        <w:t>Poučení o pobytu v přírodě.</w:t>
      </w:r>
    </w:p>
    <w:p w14:paraId="7BDD2FD8" w14:textId="77777777" w:rsidR="00845A56" w:rsidRPr="00DA6918" w:rsidRDefault="00DA6918">
      <w:pPr>
        <w:pStyle w:val="Seznamsodrkami"/>
        <w:spacing w:after="40"/>
        <w:rPr>
          <w:lang w:val="cs-CZ"/>
        </w:rPr>
      </w:pPr>
      <w:r w:rsidRPr="00DA6918">
        <w:rPr>
          <w:lang w:val="cs-CZ"/>
        </w:rPr>
        <w:t>Úklid vlastních odpadků.</w:t>
      </w:r>
    </w:p>
    <w:p w14:paraId="6F816827" w14:textId="77777777" w:rsidR="00845A56" w:rsidRPr="00DA6918" w:rsidRDefault="00DA6918">
      <w:pPr>
        <w:pStyle w:val="Seznamsodrkami"/>
        <w:spacing w:after="40"/>
        <w:rPr>
          <w:lang w:val="cs-CZ"/>
        </w:rPr>
      </w:pPr>
      <w:r w:rsidRPr="00DA6918">
        <w:rPr>
          <w:lang w:val="cs-CZ"/>
        </w:rPr>
        <w:t>Pohádkový les.</w:t>
      </w:r>
    </w:p>
    <w:p w14:paraId="52859594" w14:textId="77777777" w:rsidR="00845A56" w:rsidRPr="00DA6918" w:rsidRDefault="00DA6918">
      <w:pPr>
        <w:pStyle w:val="Seznamsodrkami"/>
        <w:spacing w:after="40"/>
        <w:rPr>
          <w:lang w:val="cs-CZ"/>
        </w:rPr>
      </w:pPr>
      <w:r w:rsidRPr="00DA6918">
        <w:rPr>
          <w:lang w:val="cs-CZ"/>
        </w:rPr>
        <w:t>Zdravý životní styl.</w:t>
      </w:r>
    </w:p>
    <w:p w14:paraId="0E1B15FD" w14:textId="77777777" w:rsidR="00DA6918" w:rsidRPr="00DA6918" w:rsidRDefault="00DA6918" w:rsidP="00DA6918">
      <w:pPr>
        <w:pStyle w:val="Seznamsodrkami"/>
        <w:numPr>
          <w:ilvl w:val="0"/>
          <w:numId w:val="0"/>
        </w:numPr>
        <w:spacing w:after="40"/>
        <w:ind w:left="360"/>
        <w:rPr>
          <w:lang w:val="cs-CZ"/>
        </w:rPr>
      </w:pPr>
    </w:p>
    <w:p w14:paraId="69C840E1" w14:textId="47777D49" w:rsidR="00845A56" w:rsidRPr="00DA6918" w:rsidRDefault="00DA6918">
      <w:pPr>
        <w:rPr>
          <w:lang w:val="cs-CZ"/>
        </w:rPr>
      </w:pPr>
      <w:r w:rsidRPr="00DA6918">
        <w:rPr>
          <w:b/>
          <w:sz w:val="26"/>
          <w:lang w:val="cs-CZ"/>
        </w:rPr>
        <w:t xml:space="preserve">ČERVEN </w:t>
      </w:r>
    </w:p>
    <w:p w14:paraId="426DEA14" w14:textId="77777777" w:rsidR="00845A56" w:rsidRPr="00DA6918" w:rsidRDefault="00DA6918">
      <w:pPr>
        <w:pStyle w:val="Seznamsodrkami"/>
        <w:spacing w:after="40"/>
        <w:rPr>
          <w:lang w:val="cs-CZ"/>
        </w:rPr>
      </w:pPr>
      <w:r w:rsidRPr="00DA6918">
        <w:rPr>
          <w:lang w:val="cs-CZ"/>
        </w:rPr>
        <w:t xml:space="preserve">Přírodní deník – zaznamenáváme změny na školní zahradě, dozrávající rostliny a život v okolí školy; </w:t>
      </w:r>
      <w:r w:rsidRPr="00DA6918">
        <w:rPr>
          <w:lang w:val="cs-CZ"/>
        </w:rPr>
        <w:t>dokončíme celoroční pozorování.</w:t>
      </w:r>
    </w:p>
    <w:p w14:paraId="0DB9E227" w14:textId="77777777" w:rsidR="00845A56" w:rsidRPr="00DA6918" w:rsidRDefault="00DA6918">
      <w:pPr>
        <w:pStyle w:val="Seznamsodrkami"/>
        <w:spacing w:after="40"/>
        <w:rPr>
          <w:lang w:val="cs-CZ"/>
        </w:rPr>
      </w:pPr>
      <w:r w:rsidRPr="00DA6918">
        <w:rPr>
          <w:lang w:val="cs-CZ"/>
        </w:rPr>
        <w:t>Pozorování změn v přírodě.</w:t>
      </w:r>
    </w:p>
    <w:p w14:paraId="2F25A053" w14:textId="77777777" w:rsidR="00845A56" w:rsidRPr="00DA6918" w:rsidRDefault="00DA6918">
      <w:pPr>
        <w:pStyle w:val="Seznamsodrkami"/>
        <w:spacing w:after="40"/>
        <w:rPr>
          <w:lang w:val="cs-CZ"/>
        </w:rPr>
      </w:pPr>
      <w:r w:rsidRPr="00DA6918">
        <w:rPr>
          <w:lang w:val="cs-CZ"/>
        </w:rPr>
        <w:t>Pozorování života u vody.</w:t>
      </w:r>
    </w:p>
    <w:p w14:paraId="518465CB" w14:textId="77777777" w:rsidR="00845A56" w:rsidRPr="00DA6918" w:rsidRDefault="00DA6918">
      <w:pPr>
        <w:pStyle w:val="Seznamsodrkami"/>
        <w:spacing w:after="40"/>
        <w:rPr>
          <w:lang w:val="cs-CZ"/>
        </w:rPr>
      </w:pPr>
      <w:r w:rsidRPr="00DA6918">
        <w:rPr>
          <w:lang w:val="cs-CZ"/>
        </w:rPr>
        <w:t>Voda v našem okolí – Žermanická přehrada, rybníky a vodní ekosystémy.</w:t>
      </w:r>
    </w:p>
    <w:p w14:paraId="5F420E30" w14:textId="77777777" w:rsidR="00845A56" w:rsidRPr="00DA6918" w:rsidRDefault="00DA6918">
      <w:pPr>
        <w:pStyle w:val="Seznamsodrkami"/>
        <w:spacing w:after="40"/>
        <w:rPr>
          <w:lang w:val="cs-CZ"/>
        </w:rPr>
      </w:pPr>
      <w:r w:rsidRPr="00DA6918">
        <w:rPr>
          <w:lang w:val="cs-CZ"/>
        </w:rPr>
        <w:t>Výlet MŠ.</w:t>
      </w:r>
    </w:p>
    <w:p w14:paraId="0427216E" w14:textId="77777777" w:rsidR="00845A56" w:rsidRPr="00DA6918" w:rsidRDefault="00DA6918">
      <w:pPr>
        <w:pStyle w:val="Seznamsodrkami"/>
        <w:spacing w:after="40"/>
        <w:rPr>
          <w:lang w:val="cs-CZ"/>
        </w:rPr>
      </w:pPr>
      <w:r w:rsidRPr="00DA6918">
        <w:rPr>
          <w:lang w:val="cs-CZ"/>
        </w:rPr>
        <w:t>Výlet ZŠ.</w:t>
      </w:r>
    </w:p>
    <w:p w14:paraId="6C3A3234" w14:textId="77777777" w:rsidR="00845A56" w:rsidRPr="00DA6918" w:rsidRDefault="00DA6918">
      <w:pPr>
        <w:pStyle w:val="Seznamsodrkami"/>
        <w:spacing w:after="40"/>
        <w:rPr>
          <w:lang w:val="cs-CZ"/>
        </w:rPr>
      </w:pPr>
      <w:r w:rsidRPr="00DA6918">
        <w:rPr>
          <w:lang w:val="cs-CZ"/>
        </w:rPr>
        <w:t>Den dětí.</w:t>
      </w:r>
    </w:p>
    <w:p w14:paraId="0FA4EC68" w14:textId="77777777" w:rsidR="00845A56" w:rsidRPr="00DA6918" w:rsidRDefault="00DA6918">
      <w:pPr>
        <w:pStyle w:val="Seznamsodrkami"/>
        <w:spacing w:after="40"/>
        <w:rPr>
          <w:lang w:val="cs-CZ"/>
        </w:rPr>
      </w:pPr>
      <w:r w:rsidRPr="00DA6918">
        <w:rPr>
          <w:lang w:val="cs-CZ"/>
        </w:rPr>
        <w:t>Radovánky.</w:t>
      </w:r>
    </w:p>
    <w:p w14:paraId="450DFA78" w14:textId="77777777" w:rsidR="00845A56" w:rsidRPr="00DA6918" w:rsidRDefault="00DA6918">
      <w:pPr>
        <w:pStyle w:val="Seznamsodrkami"/>
        <w:spacing w:after="40"/>
        <w:rPr>
          <w:lang w:val="cs-CZ"/>
        </w:rPr>
      </w:pPr>
      <w:r w:rsidRPr="00DA6918">
        <w:rPr>
          <w:lang w:val="cs-CZ"/>
        </w:rPr>
        <w:t>Mobilní dopravní hřiště.</w:t>
      </w:r>
    </w:p>
    <w:p w14:paraId="444E9945" w14:textId="77777777" w:rsidR="00845A56" w:rsidRPr="00DA6918" w:rsidRDefault="00DA6918">
      <w:pPr>
        <w:pStyle w:val="Seznamsodrkami"/>
        <w:spacing w:after="40"/>
        <w:rPr>
          <w:lang w:val="cs-CZ"/>
        </w:rPr>
      </w:pPr>
      <w:r w:rsidRPr="00DA6918">
        <w:rPr>
          <w:lang w:val="cs-CZ"/>
        </w:rPr>
        <w:t>Den s Policií ČR a hasiči.</w:t>
      </w:r>
    </w:p>
    <w:p w14:paraId="165AD771" w14:textId="77777777" w:rsidR="00845A56" w:rsidRPr="00DA6918" w:rsidRDefault="00DA6918">
      <w:pPr>
        <w:pStyle w:val="Seznamsodrkami"/>
        <w:spacing w:after="40"/>
        <w:rPr>
          <w:lang w:val="cs-CZ"/>
        </w:rPr>
      </w:pPr>
      <w:r w:rsidRPr="00DA6918">
        <w:rPr>
          <w:lang w:val="cs-CZ"/>
        </w:rPr>
        <w:t>Příprava na prázdniny – bezpečné chování u vody, při hrách v přírodě i na ulici.</w:t>
      </w:r>
    </w:p>
    <w:p w14:paraId="3607C8B1" w14:textId="77777777" w:rsidR="00845A56" w:rsidRPr="00DA6918" w:rsidRDefault="00DA6918">
      <w:pPr>
        <w:rPr>
          <w:lang w:val="cs-CZ"/>
        </w:rPr>
      </w:pPr>
      <w:r w:rsidRPr="00DA6918">
        <w:rPr>
          <w:lang w:val="cs-CZ"/>
        </w:rPr>
        <w:br w:type="page"/>
      </w:r>
    </w:p>
    <w:p w14:paraId="63AB0272" w14:textId="77777777" w:rsidR="00845A56" w:rsidRPr="00DA6918" w:rsidRDefault="00DA6918">
      <w:pPr>
        <w:rPr>
          <w:lang w:val="cs-CZ"/>
        </w:rPr>
      </w:pPr>
      <w:r w:rsidRPr="00DA6918">
        <w:rPr>
          <w:b/>
          <w:sz w:val="30"/>
          <w:lang w:val="cs-CZ"/>
        </w:rPr>
        <w:t>Doplňující plán činností pro školní rok 2026/2027:</w:t>
      </w:r>
    </w:p>
    <w:p w14:paraId="3289A894" w14:textId="77777777" w:rsidR="00845A56" w:rsidRPr="00DA6918" w:rsidRDefault="00DA6918">
      <w:pPr>
        <w:spacing w:after="80"/>
        <w:rPr>
          <w:lang w:val="cs-CZ"/>
        </w:rPr>
      </w:pPr>
      <w:r w:rsidRPr="00DA6918">
        <w:rPr>
          <w:lang w:val="cs-CZ"/>
        </w:rPr>
        <w:t>Přírodní deník – celoroční projekt školní družiny zaměřený na pravidelné pozorování a dokumentování proměn přírody. Každý měsíc děti vytvoří jeden společný záznam podle aktuálního ročního období. Záznam může obsahovat kresbu, fotografii, krátký text, otisk přírodniny, měření počasí nebo jiný dětský výtvor. Na konci školního roku bude z jednotlivých záznamů vytvořen společný Přírodní deník 2026/2027 a výstavka „Náš rok v přírodě“.</w:t>
      </w:r>
    </w:p>
    <w:p w14:paraId="66151572" w14:textId="77777777" w:rsidR="00845A56" w:rsidRPr="00DA6918" w:rsidRDefault="00DA6918">
      <w:pPr>
        <w:pStyle w:val="Seznamsodrkami"/>
        <w:spacing w:after="40"/>
        <w:rPr>
          <w:lang w:val="cs-CZ"/>
        </w:rPr>
      </w:pPr>
      <w:r w:rsidRPr="00DA6918">
        <w:rPr>
          <w:lang w:val="cs-CZ"/>
        </w:rPr>
        <w:t>Sběr vyřazených baterií.</w:t>
      </w:r>
    </w:p>
    <w:p w14:paraId="51E4B4E4" w14:textId="77777777" w:rsidR="00845A56" w:rsidRPr="00DA6918" w:rsidRDefault="00DA6918">
      <w:pPr>
        <w:pStyle w:val="Seznamsodrkami"/>
        <w:spacing w:after="40"/>
        <w:rPr>
          <w:lang w:val="cs-CZ"/>
        </w:rPr>
      </w:pPr>
      <w:r w:rsidRPr="00DA6918">
        <w:rPr>
          <w:lang w:val="cs-CZ"/>
        </w:rPr>
        <w:t>Sběr papíru.</w:t>
      </w:r>
    </w:p>
    <w:p w14:paraId="4DFC800B" w14:textId="77777777" w:rsidR="00845A56" w:rsidRPr="00DA6918" w:rsidRDefault="00DA6918">
      <w:pPr>
        <w:pStyle w:val="Seznamsodrkami"/>
        <w:spacing w:after="40"/>
        <w:rPr>
          <w:lang w:val="cs-CZ"/>
        </w:rPr>
      </w:pPr>
      <w:r w:rsidRPr="00DA6918">
        <w:rPr>
          <w:lang w:val="cs-CZ"/>
        </w:rPr>
        <w:t>Třídění drobného odpadu do barevných kontejnerů.</w:t>
      </w:r>
    </w:p>
    <w:p w14:paraId="6AC91171" w14:textId="77777777" w:rsidR="00845A56" w:rsidRPr="00DA6918" w:rsidRDefault="00DA6918">
      <w:pPr>
        <w:pStyle w:val="Seznamsodrkami"/>
        <w:spacing w:after="40"/>
        <w:rPr>
          <w:lang w:val="cs-CZ"/>
        </w:rPr>
      </w:pPr>
      <w:r w:rsidRPr="00DA6918">
        <w:rPr>
          <w:lang w:val="cs-CZ"/>
        </w:rPr>
        <w:t>Využívání odpadového materiálu při výtvarných a pracovních činnostech.</w:t>
      </w:r>
    </w:p>
    <w:p w14:paraId="3EAF0806" w14:textId="77777777" w:rsidR="00845A56" w:rsidRPr="00DA6918" w:rsidRDefault="00DA6918">
      <w:pPr>
        <w:pStyle w:val="Seznamsodrkami"/>
        <w:spacing w:after="40"/>
        <w:rPr>
          <w:lang w:val="cs-CZ"/>
        </w:rPr>
      </w:pPr>
      <w:r w:rsidRPr="00DA6918">
        <w:rPr>
          <w:lang w:val="cs-CZ"/>
        </w:rPr>
        <w:t>Tvoření výstavek.</w:t>
      </w:r>
    </w:p>
    <w:p w14:paraId="5BD39E47" w14:textId="77777777" w:rsidR="00845A56" w:rsidRPr="00DA6918" w:rsidRDefault="00DA6918">
      <w:pPr>
        <w:pStyle w:val="Seznamsodrkami"/>
        <w:spacing w:after="40"/>
        <w:rPr>
          <w:lang w:val="cs-CZ"/>
        </w:rPr>
      </w:pPr>
      <w:r w:rsidRPr="00DA6918">
        <w:rPr>
          <w:lang w:val="cs-CZ"/>
        </w:rPr>
        <w:t>Účast na výstavě zahrádkářů.</w:t>
      </w:r>
    </w:p>
    <w:p w14:paraId="606BEA4D" w14:textId="77777777" w:rsidR="00845A56" w:rsidRPr="00DA6918" w:rsidRDefault="00DA6918">
      <w:pPr>
        <w:pStyle w:val="Seznamsodrkami"/>
        <w:spacing w:after="40"/>
        <w:rPr>
          <w:lang w:val="cs-CZ"/>
        </w:rPr>
      </w:pPr>
      <w:r w:rsidRPr="00DA6918">
        <w:rPr>
          <w:lang w:val="cs-CZ"/>
        </w:rPr>
        <w:t>Účast na soutěžích a projektech s ekologickou tematikou.</w:t>
      </w:r>
    </w:p>
    <w:p w14:paraId="27086404" w14:textId="77777777" w:rsidR="00845A56" w:rsidRPr="00DA6918" w:rsidRDefault="00DA6918">
      <w:pPr>
        <w:pStyle w:val="Seznamsodrkami"/>
        <w:spacing w:after="40"/>
        <w:rPr>
          <w:lang w:val="cs-CZ"/>
        </w:rPr>
      </w:pPr>
      <w:r w:rsidRPr="00DA6918">
        <w:rPr>
          <w:lang w:val="cs-CZ"/>
        </w:rPr>
        <w:t xml:space="preserve">Účast na dlouhodobém recyklačním programu </w:t>
      </w:r>
      <w:proofErr w:type="spellStart"/>
      <w:r w:rsidRPr="00DA6918">
        <w:rPr>
          <w:lang w:val="cs-CZ"/>
        </w:rPr>
        <w:t>Recyklohraní</w:t>
      </w:r>
      <w:proofErr w:type="spellEnd"/>
      <w:r w:rsidRPr="00DA6918">
        <w:rPr>
          <w:lang w:val="cs-CZ"/>
        </w:rPr>
        <w:t>.</w:t>
      </w:r>
    </w:p>
    <w:p w14:paraId="07F1B158" w14:textId="77777777" w:rsidR="00845A56" w:rsidRPr="00DA6918" w:rsidRDefault="00DA6918">
      <w:pPr>
        <w:pStyle w:val="Seznamsodrkami"/>
        <w:spacing w:after="40"/>
        <w:rPr>
          <w:lang w:val="cs-CZ"/>
        </w:rPr>
      </w:pPr>
      <w:r w:rsidRPr="00DA6918">
        <w:rPr>
          <w:lang w:val="cs-CZ"/>
        </w:rPr>
        <w:t>Projektové a tematické dny s environmentálním zaměřením.</w:t>
      </w:r>
    </w:p>
    <w:p w14:paraId="5E2D1FCF" w14:textId="77777777" w:rsidR="00845A56" w:rsidRPr="00DA6918" w:rsidRDefault="00DA6918">
      <w:pPr>
        <w:pStyle w:val="Seznamsodrkami"/>
        <w:spacing w:after="40"/>
        <w:rPr>
          <w:lang w:val="cs-CZ"/>
        </w:rPr>
      </w:pPr>
      <w:r w:rsidRPr="00DA6918">
        <w:rPr>
          <w:lang w:val="cs-CZ"/>
        </w:rPr>
        <w:t>Návštěvy kina, divadla, koncertů, muzea, knihovny, ZOO, planetária a dalších institucí dle možností.</w:t>
      </w:r>
    </w:p>
    <w:p w14:paraId="042A33CD" w14:textId="77777777" w:rsidR="00845A56" w:rsidRPr="00DA6918" w:rsidRDefault="00DA6918">
      <w:pPr>
        <w:pStyle w:val="Seznamsodrkami"/>
        <w:spacing w:after="40"/>
        <w:rPr>
          <w:lang w:val="cs-CZ"/>
        </w:rPr>
      </w:pPr>
      <w:r w:rsidRPr="00DA6918">
        <w:rPr>
          <w:lang w:val="cs-CZ"/>
        </w:rPr>
        <w:t>Besedy s odborníky – například s ornitologem, včelařem, myslivcem, zahrádkářem, hasiči nebo dalšími odborníky dle možností.</w:t>
      </w:r>
    </w:p>
    <w:p w14:paraId="6211ECA7" w14:textId="77777777" w:rsidR="00845A56" w:rsidRPr="00DA6918" w:rsidRDefault="00DA6918">
      <w:pPr>
        <w:pStyle w:val="Seznamsodrkami"/>
        <w:spacing w:after="40"/>
        <w:rPr>
          <w:lang w:val="cs-CZ"/>
        </w:rPr>
      </w:pPr>
      <w:r w:rsidRPr="00DA6918">
        <w:rPr>
          <w:lang w:val="cs-CZ"/>
        </w:rPr>
        <w:t>Soutěže v recyklaci.</w:t>
      </w:r>
    </w:p>
    <w:p w14:paraId="64B0B0D0" w14:textId="77777777" w:rsidR="00845A56" w:rsidRPr="00DA6918" w:rsidRDefault="00DA6918">
      <w:pPr>
        <w:pStyle w:val="Seznamsodrkami"/>
        <w:spacing w:after="40"/>
        <w:rPr>
          <w:lang w:val="cs-CZ"/>
        </w:rPr>
      </w:pPr>
      <w:r w:rsidRPr="00DA6918">
        <w:rPr>
          <w:lang w:val="cs-CZ"/>
        </w:rPr>
        <w:t>Projekt Chráníme životní prostředí – ŠD.</w:t>
      </w:r>
    </w:p>
    <w:p w14:paraId="697BF5D9" w14:textId="77777777" w:rsidR="00845A56" w:rsidRPr="00DA6918" w:rsidRDefault="00DA6918">
      <w:pPr>
        <w:pStyle w:val="Seznamsodrkami"/>
        <w:spacing w:after="40"/>
        <w:rPr>
          <w:lang w:val="cs-CZ"/>
        </w:rPr>
      </w:pPr>
      <w:r w:rsidRPr="00DA6918">
        <w:rPr>
          <w:lang w:val="cs-CZ"/>
        </w:rPr>
        <w:t>Tvořivé dílny s rodiči.</w:t>
      </w:r>
    </w:p>
    <w:p w14:paraId="53938150" w14:textId="77777777" w:rsidR="00845A56" w:rsidRPr="00DA6918" w:rsidRDefault="00DA6918">
      <w:pPr>
        <w:pStyle w:val="Seznamsodrkami"/>
        <w:spacing w:after="40"/>
        <w:rPr>
          <w:lang w:val="cs-CZ"/>
        </w:rPr>
      </w:pPr>
      <w:r w:rsidRPr="00DA6918">
        <w:rPr>
          <w:lang w:val="cs-CZ"/>
        </w:rPr>
        <w:t xml:space="preserve">Spolupráce s obcí, hasiči, </w:t>
      </w:r>
      <w:r w:rsidRPr="00DA6918">
        <w:rPr>
          <w:lang w:val="cs-CZ"/>
        </w:rPr>
        <w:t>zahrádkáři, myslivci, seniory a dalšími partnery.</w:t>
      </w:r>
    </w:p>
    <w:p w14:paraId="5CD4C116" w14:textId="77777777" w:rsidR="00845A56" w:rsidRPr="00DA6918" w:rsidRDefault="00DA6918">
      <w:pPr>
        <w:pStyle w:val="Seznamsodrkami"/>
        <w:spacing w:after="40"/>
        <w:rPr>
          <w:lang w:val="cs-CZ"/>
        </w:rPr>
      </w:pPr>
      <w:r w:rsidRPr="00DA6918">
        <w:rPr>
          <w:lang w:val="cs-CZ"/>
        </w:rPr>
        <w:t>Dokumentace přírody v okolí školy – přehrada, rybník, les, pole a louky.</w:t>
      </w:r>
    </w:p>
    <w:p w14:paraId="69005FD4" w14:textId="77777777" w:rsidR="00845A56" w:rsidRPr="00DA6918" w:rsidRDefault="00DA6918">
      <w:pPr>
        <w:pStyle w:val="Seznamsodrkami"/>
        <w:spacing w:after="40"/>
        <w:rPr>
          <w:lang w:val="cs-CZ"/>
        </w:rPr>
      </w:pPr>
      <w:r w:rsidRPr="00DA6918">
        <w:rPr>
          <w:lang w:val="cs-CZ"/>
        </w:rPr>
        <w:t xml:space="preserve">Realizace </w:t>
      </w:r>
      <w:proofErr w:type="spellStart"/>
      <w:r w:rsidRPr="00DA6918">
        <w:rPr>
          <w:lang w:val="cs-CZ"/>
        </w:rPr>
        <w:t>Ekohlídky</w:t>
      </w:r>
      <w:proofErr w:type="spellEnd"/>
      <w:r w:rsidRPr="00DA6918">
        <w:rPr>
          <w:lang w:val="cs-CZ"/>
        </w:rPr>
        <w:t xml:space="preserve"> – sledování třídění odpadu, šetření vodou a energiemi.</w:t>
      </w:r>
    </w:p>
    <w:p w14:paraId="4E692500" w14:textId="77777777" w:rsidR="00845A56" w:rsidRPr="00DA6918" w:rsidRDefault="00DA6918">
      <w:pPr>
        <w:pStyle w:val="Seznamsodrkami"/>
        <w:spacing w:after="40"/>
        <w:rPr>
          <w:lang w:val="cs-CZ"/>
        </w:rPr>
      </w:pPr>
      <w:r w:rsidRPr="00DA6918">
        <w:rPr>
          <w:lang w:val="cs-CZ"/>
        </w:rPr>
        <w:t xml:space="preserve">Péče o školní zahradu, rostliny, ptáky a drobné </w:t>
      </w:r>
      <w:r w:rsidRPr="00DA6918">
        <w:rPr>
          <w:lang w:val="cs-CZ"/>
        </w:rPr>
        <w:t>živočichy.</w:t>
      </w:r>
    </w:p>
    <w:p w14:paraId="32BD5ACD" w14:textId="77777777" w:rsidR="00845A56" w:rsidRPr="00DA6918" w:rsidRDefault="00DA6918">
      <w:pPr>
        <w:pStyle w:val="Seznamsodrkami"/>
        <w:spacing w:after="40"/>
        <w:rPr>
          <w:lang w:val="cs-CZ"/>
        </w:rPr>
      </w:pPr>
      <w:r w:rsidRPr="00DA6918">
        <w:rPr>
          <w:lang w:val="cs-CZ"/>
        </w:rPr>
        <w:t>Společný ekologický projekt celé školy.</w:t>
      </w:r>
    </w:p>
    <w:p w14:paraId="2551303C" w14:textId="77777777" w:rsidR="00845A56" w:rsidRPr="00DA6918" w:rsidRDefault="00DA6918">
      <w:pPr>
        <w:pStyle w:val="Seznamsodrkami"/>
        <w:spacing w:after="40"/>
        <w:rPr>
          <w:lang w:val="cs-CZ"/>
        </w:rPr>
      </w:pPr>
      <w:r w:rsidRPr="00DA6918">
        <w:rPr>
          <w:lang w:val="cs-CZ"/>
        </w:rPr>
        <w:t>Vyhodnocení ekologických aktivit na konci školního roku.</w:t>
      </w:r>
    </w:p>
    <w:p w14:paraId="36B42565" w14:textId="77777777" w:rsidR="00845A56" w:rsidRPr="00DA6918" w:rsidRDefault="00DA6918">
      <w:pPr>
        <w:pStyle w:val="Seznamsodrkami"/>
        <w:spacing w:after="40"/>
        <w:rPr>
          <w:lang w:val="cs-CZ"/>
        </w:rPr>
      </w:pPr>
      <w:r w:rsidRPr="00DA6918">
        <w:rPr>
          <w:lang w:val="cs-CZ"/>
        </w:rPr>
        <w:t>Využívání nových možností, akcí, soutěží a projektů dle aktuální nabídky.</w:t>
      </w:r>
    </w:p>
    <w:p w14:paraId="380B64FD" w14:textId="77777777" w:rsidR="00845A56" w:rsidRPr="00DA6918" w:rsidRDefault="00845A56">
      <w:pPr>
        <w:rPr>
          <w:lang w:val="cs-CZ"/>
        </w:rPr>
      </w:pPr>
    </w:p>
    <w:p w14:paraId="282E1AD3" w14:textId="77777777" w:rsidR="00845A56" w:rsidRPr="00DA6918" w:rsidRDefault="00DA6918">
      <w:pPr>
        <w:spacing w:after="80"/>
        <w:rPr>
          <w:lang w:val="cs-CZ"/>
        </w:rPr>
      </w:pPr>
      <w:r w:rsidRPr="00DA6918">
        <w:rPr>
          <w:lang w:val="cs-CZ"/>
        </w:rPr>
        <w:t>V Lučině 1. 9. 2026</w:t>
      </w:r>
    </w:p>
    <w:p w14:paraId="0BC7CD1F" w14:textId="77777777" w:rsidR="00845A56" w:rsidRPr="00DA6918" w:rsidRDefault="00845A56">
      <w:pPr>
        <w:rPr>
          <w:lang w:val="cs-CZ"/>
        </w:rPr>
      </w:pPr>
    </w:p>
    <w:p w14:paraId="0B14E825" w14:textId="77777777" w:rsidR="00845A56" w:rsidRPr="00DA6918" w:rsidRDefault="00DA6918">
      <w:pPr>
        <w:rPr>
          <w:lang w:val="cs-CZ"/>
        </w:rPr>
      </w:pPr>
      <w:r w:rsidRPr="00DA6918">
        <w:rPr>
          <w:b/>
          <w:lang w:val="cs-CZ"/>
        </w:rPr>
        <w:t>Iva Kudělová</w:t>
      </w:r>
      <w:r w:rsidRPr="00DA6918">
        <w:rPr>
          <w:lang w:val="cs-CZ"/>
        </w:rPr>
        <w:t xml:space="preserve">                              </w:t>
      </w:r>
      <w:r w:rsidRPr="00DA6918">
        <w:rPr>
          <w:b/>
          <w:lang w:val="cs-CZ"/>
        </w:rPr>
        <w:t>Mgr. Ilona Racková</w:t>
      </w:r>
    </w:p>
    <w:p w14:paraId="3C1A8AAA" w14:textId="77777777" w:rsidR="00845A56" w:rsidRPr="00DA6918" w:rsidRDefault="00DA6918">
      <w:pPr>
        <w:spacing w:after="80"/>
        <w:rPr>
          <w:lang w:val="cs-CZ"/>
        </w:rPr>
      </w:pPr>
      <w:r w:rsidRPr="00DA6918">
        <w:rPr>
          <w:lang w:val="cs-CZ"/>
        </w:rPr>
        <w:t>koordinátor EVVO                              ředitelka školy</w:t>
      </w:r>
    </w:p>
    <w:sectPr w:rsidR="00845A56" w:rsidRPr="00DA6918" w:rsidSect="00DA6918">
      <w:footerReference w:type="default" r:id="rId9"/>
      <w:pgSz w:w="12240" w:h="15840"/>
      <w:pgMar w:top="1134" w:right="1247" w:bottom="709"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DACEA" w14:textId="77777777" w:rsidR="00DA6918" w:rsidRDefault="00DA6918">
      <w:pPr>
        <w:spacing w:after="0" w:line="240" w:lineRule="auto"/>
      </w:pPr>
      <w:r>
        <w:separator/>
      </w:r>
    </w:p>
  </w:endnote>
  <w:endnote w:type="continuationSeparator" w:id="0">
    <w:p w14:paraId="3B6AA80E" w14:textId="77777777" w:rsidR="00DA6918" w:rsidRDefault="00DA6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7CE9F" w14:textId="77777777" w:rsidR="00845A56" w:rsidRDefault="00DA6918">
    <w:pPr>
      <w:pStyle w:val="Zpat"/>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9A8EB" w14:textId="77777777" w:rsidR="00DA6918" w:rsidRDefault="00DA6918">
      <w:pPr>
        <w:spacing w:after="0" w:line="240" w:lineRule="auto"/>
      </w:pPr>
      <w:r>
        <w:separator/>
      </w:r>
    </w:p>
  </w:footnote>
  <w:footnote w:type="continuationSeparator" w:id="0">
    <w:p w14:paraId="048F1202" w14:textId="77777777" w:rsidR="00DA6918" w:rsidRDefault="00DA6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046952781">
    <w:abstractNumId w:val="8"/>
  </w:num>
  <w:num w:numId="2" w16cid:durableId="1077362355">
    <w:abstractNumId w:val="6"/>
  </w:num>
  <w:num w:numId="3" w16cid:durableId="483355643">
    <w:abstractNumId w:val="5"/>
  </w:num>
  <w:num w:numId="4" w16cid:durableId="442579801">
    <w:abstractNumId w:val="4"/>
  </w:num>
  <w:num w:numId="5" w16cid:durableId="225842168">
    <w:abstractNumId w:val="7"/>
  </w:num>
  <w:num w:numId="6" w16cid:durableId="818957544">
    <w:abstractNumId w:val="3"/>
  </w:num>
  <w:num w:numId="7" w16cid:durableId="1487286311">
    <w:abstractNumId w:val="2"/>
  </w:num>
  <w:num w:numId="8" w16cid:durableId="158277888">
    <w:abstractNumId w:val="1"/>
  </w:num>
  <w:num w:numId="9" w16cid:durableId="62334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45A56"/>
    <w:rsid w:val="00AA1D8D"/>
    <w:rsid w:val="00B47730"/>
    <w:rsid w:val="00CB0664"/>
    <w:rsid w:val="00DA6918"/>
    <w:rsid w:val="00F01E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6D745F"/>
  <w14:defaultImageDpi w14:val="300"/>
  <w15:docId w15:val="{F31D018C-D390-41E3-B6BE-CCC9A959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Arial" w:hAnsi="Arial"/>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1466</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Iva Kudělová</cp:lastModifiedBy>
  <cp:revision>2</cp:revision>
  <dcterms:created xsi:type="dcterms:W3CDTF">2026-09-03T07:29:00Z</dcterms:created>
  <dcterms:modified xsi:type="dcterms:W3CDTF">2026-09-03T07:29:00Z</dcterms:modified>
  <cp:category/>
</cp:coreProperties>
</file>